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BD9D" w14:textId="15D4C76C" w:rsidR="008A40F9" w:rsidRPr="008A40F9" w:rsidRDefault="008A40F9" w:rsidP="00751892">
      <w:pPr>
        <w:spacing w:after="0" w:line="240" w:lineRule="auto"/>
        <w:ind w:left="4111" w:right="100"/>
        <w:jc w:val="right"/>
        <w:rPr>
          <w:rFonts w:cs="Times New Roman"/>
          <w:b/>
          <w:i/>
          <w:szCs w:val="24"/>
          <w:lang w:val="ru-RU"/>
        </w:rPr>
      </w:pPr>
      <w:r w:rsidRPr="008A40F9">
        <w:rPr>
          <w:rFonts w:cs="Times New Roman"/>
          <w:b/>
          <w:i/>
          <w:szCs w:val="24"/>
          <w:lang w:val="ru-RU"/>
        </w:rPr>
        <w:t xml:space="preserve"> «Сейф-Ломбард»</w:t>
      </w:r>
      <w:r w:rsidR="004D331B">
        <w:rPr>
          <w:rFonts w:cs="Times New Roman"/>
          <w:b/>
          <w:i/>
          <w:szCs w:val="24"/>
          <w:lang w:val="ru-RU"/>
        </w:rPr>
        <w:t xml:space="preserve"> ЖШС</w:t>
      </w:r>
    </w:p>
    <w:p w14:paraId="1AACFA4B" w14:textId="674792E2" w:rsidR="008A40F9" w:rsidRDefault="008A40F9" w:rsidP="00751892">
      <w:pPr>
        <w:tabs>
          <w:tab w:val="left" w:pos="10322"/>
        </w:tabs>
        <w:spacing w:after="0" w:line="240" w:lineRule="auto"/>
        <w:ind w:left="4111" w:right="99"/>
        <w:jc w:val="right"/>
        <w:rPr>
          <w:rFonts w:cs="Times New Roman"/>
          <w:b/>
          <w:i/>
          <w:szCs w:val="24"/>
          <w:lang w:val="ru-RU"/>
        </w:rPr>
      </w:pPr>
    </w:p>
    <w:p w14:paraId="2CE5A47E" w14:textId="67ED57BE" w:rsidR="008A40F9" w:rsidRDefault="004D331B" w:rsidP="00751892">
      <w:pPr>
        <w:pStyle w:val="af"/>
        <w:spacing w:after="0" w:line="240" w:lineRule="auto"/>
        <w:ind w:left="4111"/>
        <w:jc w:val="right"/>
        <w:rPr>
          <w:rFonts w:cs="Times New Roman"/>
          <w:i/>
          <w:szCs w:val="24"/>
          <w:u w:val="single"/>
          <w:lang w:val="ru-RU"/>
        </w:rPr>
      </w:pPr>
      <w:proofErr w:type="spellStart"/>
      <w:r>
        <w:rPr>
          <w:rFonts w:cs="Times New Roman"/>
          <w:i/>
          <w:szCs w:val="24"/>
          <w:lang w:val="ru-RU"/>
        </w:rPr>
        <w:t>Кімнен</w:t>
      </w:r>
      <w:proofErr w:type="spellEnd"/>
      <w:r>
        <w:rPr>
          <w:rFonts w:cs="Times New Roman"/>
          <w:i/>
          <w:szCs w:val="24"/>
          <w:lang w:val="ru-RU"/>
        </w:rPr>
        <w:t xml:space="preserve"> (</w:t>
      </w:r>
      <w:proofErr w:type="spellStart"/>
      <w:r>
        <w:rPr>
          <w:rFonts w:cs="Times New Roman"/>
          <w:i/>
          <w:szCs w:val="24"/>
          <w:lang w:val="ru-RU"/>
        </w:rPr>
        <w:t>аты-жөні</w:t>
      </w:r>
      <w:proofErr w:type="spellEnd"/>
      <w:r>
        <w:rPr>
          <w:rFonts w:cs="Times New Roman"/>
          <w:i/>
          <w:szCs w:val="24"/>
          <w:lang w:val="ru-RU"/>
        </w:rPr>
        <w:t xml:space="preserve"> </w:t>
      </w:r>
      <w:proofErr w:type="spellStart"/>
      <w:r>
        <w:rPr>
          <w:rFonts w:cs="Times New Roman"/>
          <w:i/>
          <w:szCs w:val="24"/>
          <w:lang w:val="ru-RU"/>
        </w:rPr>
        <w:t>толығымен</w:t>
      </w:r>
      <w:proofErr w:type="spellEnd"/>
      <w:r w:rsidR="008A40F9" w:rsidRPr="008A40F9">
        <w:rPr>
          <w:rFonts w:cs="Times New Roman"/>
          <w:i/>
          <w:szCs w:val="24"/>
          <w:lang w:val="ru-RU"/>
        </w:rPr>
        <w:t>)</w:t>
      </w:r>
      <w:r w:rsidR="008A40F9" w:rsidRPr="008A40F9">
        <w:rPr>
          <w:rFonts w:cs="Times New Roman"/>
          <w:i/>
          <w:szCs w:val="24"/>
          <w:u w:val="single"/>
          <w:lang w:val="ru-RU"/>
        </w:rPr>
        <w:t xml:space="preserve"> ___________________</w:t>
      </w:r>
      <w:r w:rsidR="008A40F9" w:rsidRPr="008A40F9">
        <w:rPr>
          <w:rFonts w:cs="Times New Roman"/>
          <w:i/>
          <w:szCs w:val="24"/>
          <w:u w:val="single"/>
          <w:lang w:val="ru-RU"/>
        </w:rPr>
        <w:tab/>
      </w:r>
    </w:p>
    <w:p w14:paraId="4FE661B1" w14:textId="77777777" w:rsidR="008A40F9" w:rsidRDefault="008A40F9" w:rsidP="00751892">
      <w:pPr>
        <w:pStyle w:val="af"/>
        <w:spacing w:after="0" w:line="240" w:lineRule="auto"/>
        <w:ind w:left="4111"/>
        <w:jc w:val="right"/>
        <w:rPr>
          <w:rFonts w:cs="Times New Roman"/>
          <w:i/>
          <w:szCs w:val="24"/>
          <w:lang w:val="ru-RU"/>
        </w:rPr>
      </w:pPr>
      <w:r w:rsidRPr="008A40F9">
        <w:rPr>
          <w:rFonts w:cs="Times New Roman"/>
          <w:i/>
          <w:szCs w:val="24"/>
          <w:lang w:val="ru-RU"/>
        </w:rPr>
        <w:t>____________________________________________</w:t>
      </w:r>
    </w:p>
    <w:p w14:paraId="028F3AAA" w14:textId="77777777" w:rsidR="008A40F9" w:rsidRPr="008A40F9" w:rsidRDefault="008A40F9" w:rsidP="00751892">
      <w:pPr>
        <w:pStyle w:val="af"/>
        <w:spacing w:after="0" w:line="240" w:lineRule="auto"/>
        <w:ind w:left="4111"/>
        <w:jc w:val="right"/>
        <w:rPr>
          <w:rFonts w:cs="Times New Roman"/>
          <w:i/>
          <w:szCs w:val="24"/>
          <w:u w:val="single"/>
          <w:lang w:val="ru-RU"/>
        </w:rPr>
      </w:pPr>
      <w:r w:rsidRPr="008A40F9">
        <w:rPr>
          <w:rFonts w:cs="Times New Roman"/>
          <w:i/>
          <w:szCs w:val="24"/>
          <w:u w:val="single"/>
          <w:lang w:val="ru-RU"/>
        </w:rPr>
        <w:t>____________________________________________</w:t>
      </w:r>
    </w:p>
    <w:p w14:paraId="2913D088" w14:textId="658E6A0B" w:rsidR="008A40F9" w:rsidRDefault="004D331B" w:rsidP="00751892">
      <w:pPr>
        <w:tabs>
          <w:tab w:val="left" w:pos="10322"/>
        </w:tabs>
        <w:spacing w:after="0" w:line="240" w:lineRule="auto"/>
        <w:ind w:left="4111"/>
        <w:jc w:val="right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ЖС</w:t>
      </w:r>
      <w:r w:rsidR="008A40F9" w:rsidRPr="008A40F9">
        <w:rPr>
          <w:rFonts w:cs="Times New Roman"/>
          <w:i/>
          <w:szCs w:val="24"/>
          <w:lang w:val="ru-RU"/>
        </w:rPr>
        <w:t>Н _________________________</w:t>
      </w:r>
    </w:p>
    <w:p w14:paraId="75E6831C" w14:textId="14C68D87" w:rsidR="008A40F9" w:rsidRDefault="004D331B" w:rsidP="00751892">
      <w:pPr>
        <w:tabs>
          <w:tab w:val="left" w:pos="10322"/>
        </w:tabs>
        <w:spacing w:after="0" w:line="240" w:lineRule="auto"/>
        <w:ind w:left="4111"/>
        <w:jc w:val="right"/>
        <w:rPr>
          <w:rFonts w:cs="Times New Roman"/>
          <w:i/>
          <w:szCs w:val="24"/>
          <w:lang w:val="ru-RU"/>
        </w:rPr>
      </w:pPr>
      <w:proofErr w:type="spellStart"/>
      <w:r w:rsidRPr="004D331B">
        <w:rPr>
          <w:rFonts w:cs="Times New Roman"/>
          <w:i/>
          <w:szCs w:val="24"/>
          <w:lang w:val="ru-RU"/>
        </w:rPr>
        <w:t>мекенжайы</w:t>
      </w:r>
      <w:proofErr w:type="spellEnd"/>
      <w:r w:rsidRPr="004D331B">
        <w:rPr>
          <w:rFonts w:cs="Times New Roman"/>
          <w:i/>
          <w:szCs w:val="24"/>
          <w:lang w:val="ru-RU"/>
        </w:rPr>
        <w:t xml:space="preserve"> </w:t>
      </w:r>
      <w:proofErr w:type="spellStart"/>
      <w:r w:rsidRPr="004D331B">
        <w:rPr>
          <w:rFonts w:cs="Times New Roman"/>
          <w:i/>
          <w:szCs w:val="24"/>
          <w:lang w:val="ru-RU"/>
        </w:rPr>
        <w:t>бойынша</w:t>
      </w:r>
      <w:proofErr w:type="spellEnd"/>
      <w:r w:rsidRPr="004D331B">
        <w:rPr>
          <w:rFonts w:cs="Times New Roman"/>
          <w:i/>
          <w:szCs w:val="24"/>
          <w:lang w:val="ru-RU"/>
        </w:rPr>
        <w:t xml:space="preserve"> </w:t>
      </w:r>
      <w:proofErr w:type="spellStart"/>
      <w:r w:rsidRPr="004D331B">
        <w:rPr>
          <w:rFonts w:cs="Times New Roman"/>
          <w:i/>
          <w:szCs w:val="24"/>
          <w:lang w:val="ru-RU"/>
        </w:rPr>
        <w:t>тұратын</w:t>
      </w:r>
      <w:proofErr w:type="spellEnd"/>
      <w:r w:rsidR="008A40F9" w:rsidRPr="008A40F9">
        <w:rPr>
          <w:rFonts w:cs="Times New Roman"/>
          <w:i/>
          <w:szCs w:val="24"/>
          <w:lang w:val="ru-RU"/>
        </w:rPr>
        <w:t>: __________________</w:t>
      </w:r>
    </w:p>
    <w:p w14:paraId="77586936" w14:textId="3FDAE47C" w:rsidR="008A40F9" w:rsidRDefault="008A40F9" w:rsidP="00751892">
      <w:pPr>
        <w:tabs>
          <w:tab w:val="left" w:pos="10322"/>
        </w:tabs>
        <w:spacing w:after="0" w:line="240" w:lineRule="auto"/>
        <w:ind w:left="4111"/>
        <w:jc w:val="right"/>
        <w:rPr>
          <w:rFonts w:cs="Times New Roman"/>
          <w:i/>
          <w:szCs w:val="24"/>
          <w:lang w:val="ru-RU"/>
        </w:rPr>
      </w:pPr>
      <w:r w:rsidRPr="008A40F9">
        <w:rPr>
          <w:rFonts w:cs="Times New Roman"/>
          <w:i/>
          <w:szCs w:val="24"/>
          <w:lang w:val="ru-RU"/>
        </w:rPr>
        <w:t>___________________________________________</w:t>
      </w:r>
    </w:p>
    <w:p w14:paraId="627749E5" w14:textId="77777777" w:rsidR="008A40F9" w:rsidRDefault="008A40F9" w:rsidP="00751892">
      <w:pPr>
        <w:tabs>
          <w:tab w:val="left" w:pos="10322"/>
        </w:tabs>
        <w:spacing w:after="0" w:line="240" w:lineRule="auto"/>
        <w:ind w:left="4111"/>
        <w:jc w:val="right"/>
        <w:rPr>
          <w:rFonts w:cs="Times New Roman"/>
          <w:i/>
          <w:szCs w:val="24"/>
          <w:lang w:val="ru-RU"/>
        </w:rPr>
      </w:pPr>
      <w:r w:rsidRPr="008A40F9">
        <w:rPr>
          <w:rFonts w:cs="Times New Roman"/>
          <w:i/>
          <w:szCs w:val="24"/>
          <w:lang w:val="ru-RU"/>
        </w:rPr>
        <w:t>______________________________________________</w:t>
      </w:r>
    </w:p>
    <w:p w14:paraId="57A66075" w14:textId="6E51BD43" w:rsidR="008A40F9" w:rsidRDefault="008A40F9" w:rsidP="00F52640">
      <w:pPr>
        <w:pStyle w:val="af"/>
        <w:spacing w:after="0" w:line="240" w:lineRule="auto"/>
        <w:jc w:val="right"/>
        <w:rPr>
          <w:rFonts w:cs="Times New Roman"/>
          <w:i/>
          <w:szCs w:val="24"/>
          <w:lang w:val="ru-RU"/>
        </w:rPr>
      </w:pPr>
      <w:r w:rsidRPr="008A40F9">
        <w:rPr>
          <w:rFonts w:cs="Times New Roman"/>
          <w:i/>
          <w:szCs w:val="24"/>
          <w:lang w:val="ru-RU"/>
        </w:rPr>
        <w:tab/>
      </w:r>
      <w:proofErr w:type="spellStart"/>
      <w:r w:rsidR="004D331B" w:rsidRPr="004D331B">
        <w:rPr>
          <w:rFonts w:cs="Times New Roman"/>
          <w:i/>
          <w:szCs w:val="24"/>
          <w:lang w:val="ru-RU"/>
        </w:rPr>
        <w:t>WhatsApp</w:t>
      </w:r>
      <w:proofErr w:type="spellEnd"/>
      <w:r w:rsidR="004D331B" w:rsidRPr="004D331B">
        <w:rPr>
          <w:rFonts w:cs="Times New Roman"/>
          <w:i/>
          <w:szCs w:val="24"/>
          <w:lang w:val="ru-RU"/>
        </w:rPr>
        <w:t xml:space="preserve"> </w:t>
      </w:r>
      <w:proofErr w:type="spellStart"/>
      <w:r w:rsidR="004D331B" w:rsidRPr="004D331B">
        <w:rPr>
          <w:rFonts w:cs="Times New Roman"/>
          <w:i/>
          <w:szCs w:val="24"/>
          <w:lang w:val="ru-RU"/>
        </w:rPr>
        <w:t>мессенджеріне</w:t>
      </w:r>
      <w:proofErr w:type="spellEnd"/>
      <w:r w:rsidR="004D331B" w:rsidRPr="004D331B">
        <w:rPr>
          <w:rFonts w:cs="Times New Roman"/>
          <w:i/>
          <w:szCs w:val="24"/>
          <w:lang w:val="ru-RU"/>
        </w:rPr>
        <w:t xml:space="preserve"> </w:t>
      </w:r>
      <w:proofErr w:type="spellStart"/>
      <w:r w:rsidR="004D331B" w:rsidRPr="004D331B">
        <w:rPr>
          <w:rFonts w:cs="Times New Roman"/>
          <w:i/>
          <w:szCs w:val="24"/>
          <w:lang w:val="ru-RU"/>
        </w:rPr>
        <w:t>қосылған</w:t>
      </w:r>
      <w:proofErr w:type="spellEnd"/>
      <w:r w:rsidR="004D331B" w:rsidRPr="004D331B">
        <w:rPr>
          <w:rFonts w:cs="Times New Roman"/>
          <w:i/>
          <w:szCs w:val="24"/>
          <w:lang w:val="ru-RU"/>
        </w:rPr>
        <w:t xml:space="preserve"> телефон </w:t>
      </w:r>
      <w:proofErr w:type="spellStart"/>
      <w:proofErr w:type="gramStart"/>
      <w:r w:rsidR="004D331B" w:rsidRPr="004D331B">
        <w:rPr>
          <w:rFonts w:cs="Times New Roman"/>
          <w:i/>
          <w:szCs w:val="24"/>
          <w:lang w:val="ru-RU"/>
        </w:rPr>
        <w:t>нөмірі</w:t>
      </w:r>
      <w:proofErr w:type="spellEnd"/>
      <w:r w:rsidR="00417C33" w:rsidRPr="00751892">
        <w:rPr>
          <w:rFonts w:cs="Times New Roman"/>
          <w:i/>
          <w:iCs/>
          <w:szCs w:val="24"/>
          <w:lang w:val="ru-RU"/>
        </w:rPr>
        <w:t xml:space="preserve"> </w:t>
      </w:r>
      <w:r w:rsidRPr="00751892">
        <w:rPr>
          <w:rFonts w:cs="Times New Roman"/>
          <w:i/>
          <w:iCs/>
          <w:szCs w:val="24"/>
          <w:lang w:val="ru-RU"/>
        </w:rPr>
        <w:t xml:space="preserve"> </w:t>
      </w:r>
      <w:r w:rsidRPr="008A40F9">
        <w:rPr>
          <w:rFonts w:cs="Times New Roman"/>
          <w:i/>
          <w:szCs w:val="24"/>
          <w:lang w:val="ru-RU"/>
        </w:rPr>
        <w:t>_</w:t>
      </w:r>
      <w:proofErr w:type="gramEnd"/>
      <w:r w:rsidRPr="008A40F9">
        <w:rPr>
          <w:rFonts w:cs="Times New Roman"/>
          <w:i/>
          <w:szCs w:val="24"/>
          <w:lang w:val="ru-RU"/>
        </w:rPr>
        <w:t>______________________</w:t>
      </w:r>
    </w:p>
    <w:p w14:paraId="42332D79" w14:textId="0E706134" w:rsidR="008A40F9" w:rsidRDefault="004D331B" w:rsidP="00751892">
      <w:pPr>
        <w:pStyle w:val="af"/>
        <w:tabs>
          <w:tab w:val="left" w:pos="6847"/>
        </w:tabs>
        <w:spacing w:after="0" w:line="240" w:lineRule="auto"/>
        <w:jc w:val="right"/>
        <w:rPr>
          <w:rFonts w:cs="Times New Roman"/>
          <w:i/>
          <w:szCs w:val="24"/>
          <w:lang w:val="ru-RU"/>
        </w:rPr>
      </w:pPr>
      <w:proofErr w:type="spellStart"/>
      <w:r w:rsidRPr="004D331B">
        <w:rPr>
          <w:rFonts w:cs="Times New Roman"/>
          <w:i/>
          <w:szCs w:val="24"/>
          <w:lang w:val="ru-RU"/>
        </w:rPr>
        <w:t>электрондық</w:t>
      </w:r>
      <w:proofErr w:type="spellEnd"/>
      <w:r w:rsidRPr="004D331B">
        <w:rPr>
          <w:rFonts w:cs="Times New Roman"/>
          <w:i/>
          <w:szCs w:val="24"/>
          <w:lang w:val="ru-RU"/>
        </w:rPr>
        <w:t xml:space="preserve"> </w:t>
      </w:r>
      <w:proofErr w:type="spellStart"/>
      <w:r w:rsidRPr="004D331B">
        <w:rPr>
          <w:rFonts w:cs="Times New Roman"/>
          <w:i/>
          <w:szCs w:val="24"/>
          <w:lang w:val="ru-RU"/>
        </w:rPr>
        <w:t>пошта</w:t>
      </w:r>
      <w:proofErr w:type="spellEnd"/>
      <w:r w:rsidRPr="004D331B">
        <w:rPr>
          <w:rFonts w:cs="Times New Roman"/>
          <w:i/>
          <w:szCs w:val="24"/>
          <w:lang w:val="ru-RU"/>
        </w:rPr>
        <w:t xml:space="preserve"> </w:t>
      </w:r>
      <w:proofErr w:type="spellStart"/>
      <w:r w:rsidRPr="004D331B">
        <w:rPr>
          <w:rFonts w:cs="Times New Roman"/>
          <w:i/>
          <w:szCs w:val="24"/>
          <w:lang w:val="ru-RU"/>
        </w:rPr>
        <w:t>мекенжайы</w:t>
      </w:r>
      <w:proofErr w:type="spellEnd"/>
      <w:r w:rsidR="008A40F9" w:rsidRPr="008A40F9">
        <w:rPr>
          <w:rFonts w:cs="Times New Roman"/>
          <w:i/>
          <w:szCs w:val="24"/>
          <w:lang w:val="ru-RU"/>
        </w:rPr>
        <w:t>: _______________</w:t>
      </w:r>
    </w:p>
    <w:p w14:paraId="62021FB4" w14:textId="2DEAA2A0" w:rsidR="008F4864" w:rsidRPr="008F4864" w:rsidRDefault="004D331B" w:rsidP="00751892">
      <w:pPr>
        <w:pStyle w:val="af"/>
        <w:tabs>
          <w:tab w:val="left" w:pos="6847"/>
        </w:tabs>
        <w:spacing w:after="0" w:line="240" w:lineRule="auto"/>
        <w:jc w:val="right"/>
        <w:rPr>
          <w:rFonts w:cs="Times New Roman"/>
          <w:i/>
          <w:szCs w:val="24"/>
          <w:lang w:val="ru-RU"/>
        </w:rPr>
      </w:pPr>
      <w:proofErr w:type="spellStart"/>
      <w:r w:rsidRPr="004D331B">
        <w:rPr>
          <w:i/>
          <w:lang w:val="ru-RU"/>
        </w:rPr>
        <w:t>Кепіл</w:t>
      </w:r>
      <w:proofErr w:type="spellEnd"/>
      <w:r w:rsidRPr="004D331B">
        <w:rPr>
          <w:i/>
          <w:lang w:val="ru-RU"/>
        </w:rPr>
        <w:t xml:space="preserve"> </w:t>
      </w:r>
      <w:proofErr w:type="spellStart"/>
      <w:r w:rsidRPr="004D331B">
        <w:rPr>
          <w:i/>
          <w:lang w:val="ru-RU"/>
        </w:rPr>
        <w:t>билетінің</w:t>
      </w:r>
      <w:proofErr w:type="spellEnd"/>
      <w:r w:rsidRPr="004D331B">
        <w:rPr>
          <w:i/>
          <w:lang w:val="ru-RU"/>
        </w:rPr>
        <w:t xml:space="preserve"> № (</w:t>
      </w:r>
      <w:proofErr w:type="spellStart"/>
      <w:r w:rsidRPr="004D331B">
        <w:rPr>
          <w:i/>
          <w:lang w:val="ru-RU"/>
        </w:rPr>
        <w:t>болған</w:t>
      </w:r>
      <w:proofErr w:type="spellEnd"/>
      <w:r w:rsidRPr="004D331B">
        <w:rPr>
          <w:i/>
          <w:lang w:val="ru-RU"/>
        </w:rPr>
        <w:t xml:space="preserve"> </w:t>
      </w:r>
      <w:proofErr w:type="spellStart"/>
      <w:r w:rsidRPr="004D331B">
        <w:rPr>
          <w:i/>
          <w:lang w:val="ru-RU"/>
        </w:rPr>
        <w:t>жағдайда</w:t>
      </w:r>
      <w:proofErr w:type="spellEnd"/>
      <w:r w:rsidRPr="004D331B">
        <w:rPr>
          <w:i/>
          <w:lang w:val="ru-RU"/>
        </w:rPr>
        <w:t>)</w:t>
      </w:r>
      <w:r w:rsidR="008F4864" w:rsidRPr="008F4864">
        <w:rPr>
          <w:i/>
          <w:lang w:val="ru-RU"/>
        </w:rPr>
        <w:t>: ____________________</w:t>
      </w:r>
    </w:p>
    <w:p w14:paraId="06873747" w14:textId="77777777" w:rsidR="008A40F9" w:rsidRPr="008A40F9" w:rsidRDefault="008A40F9" w:rsidP="00751892">
      <w:pPr>
        <w:pStyle w:val="af"/>
        <w:spacing w:after="0" w:line="240" w:lineRule="auto"/>
        <w:rPr>
          <w:rFonts w:cs="Times New Roman"/>
          <w:i/>
          <w:szCs w:val="24"/>
          <w:lang w:val="ru-RU"/>
        </w:rPr>
      </w:pPr>
    </w:p>
    <w:p w14:paraId="0C604E14" w14:textId="7F0C77C9" w:rsidR="008A40F9" w:rsidRDefault="004D331B" w:rsidP="0075189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Өтініш</w:t>
      </w:r>
      <w:proofErr w:type="spellEnd"/>
    </w:p>
    <w:p w14:paraId="659FF9FB" w14:textId="77777777" w:rsidR="00EF646C" w:rsidRDefault="00EF646C" w:rsidP="00F52640">
      <w:pPr>
        <w:spacing w:after="0" w:line="240" w:lineRule="auto"/>
        <w:rPr>
          <w:lang w:val="ru-RU"/>
        </w:rPr>
      </w:pPr>
    </w:p>
    <w:p w14:paraId="4545EC2C" w14:textId="62222562" w:rsidR="00EF646C" w:rsidRPr="00EF646C" w:rsidRDefault="004D331B" w:rsidP="00F52640">
      <w:pPr>
        <w:spacing w:after="0" w:line="240" w:lineRule="auto"/>
        <w:ind w:firstLine="567"/>
        <w:rPr>
          <w:lang w:val="ru-RU"/>
        </w:rPr>
      </w:pPr>
      <w:proofErr w:type="spellStart"/>
      <w:r w:rsidRPr="004D331B">
        <w:rPr>
          <w:lang w:val="ru-RU"/>
        </w:rPr>
        <w:t>Өтініш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тақырыбы</w:t>
      </w:r>
      <w:proofErr w:type="spellEnd"/>
      <w:r w:rsidRPr="004D331B">
        <w:rPr>
          <w:lang w:val="ru-RU"/>
        </w:rPr>
        <w:t xml:space="preserve"> </w:t>
      </w:r>
      <w:r w:rsidR="00EF646C">
        <w:rPr>
          <w:lang w:val="ru-RU"/>
        </w:rPr>
        <w:t>___________________________________________________________________</w:t>
      </w:r>
    </w:p>
    <w:p w14:paraId="26823398" w14:textId="77777777" w:rsidR="008A40F9" w:rsidRPr="008A40F9" w:rsidRDefault="008A40F9" w:rsidP="00751892">
      <w:pPr>
        <w:pStyle w:val="af"/>
        <w:spacing w:after="0" w:line="240" w:lineRule="auto"/>
        <w:rPr>
          <w:rFonts w:cs="Times New Roman"/>
          <w:b/>
          <w:szCs w:val="24"/>
          <w:lang w:val="ru-RU"/>
        </w:rPr>
      </w:pPr>
    </w:p>
    <w:p w14:paraId="6C021F5D" w14:textId="481AEC10" w:rsidR="008A40F9" w:rsidRPr="008A40F9" w:rsidRDefault="004D331B" w:rsidP="00F52640">
      <w:pPr>
        <w:tabs>
          <w:tab w:val="left" w:pos="10321"/>
        </w:tabs>
        <w:spacing w:after="0" w:line="240" w:lineRule="auto"/>
        <w:ind w:right="99" w:firstLine="567"/>
        <w:rPr>
          <w:rFonts w:cs="Times New Roman"/>
          <w:szCs w:val="24"/>
          <w:u w:val="single"/>
          <w:lang w:val="ru-RU"/>
        </w:rPr>
      </w:pPr>
      <w:r w:rsidRPr="004D331B">
        <w:rPr>
          <w:rFonts w:cs="Times New Roman"/>
          <w:spacing w:val="-1"/>
          <w:szCs w:val="24"/>
          <w:lang w:val="ru-RU"/>
        </w:rPr>
        <w:t>(</w:t>
      </w:r>
      <w:proofErr w:type="spellStart"/>
      <w:r w:rsidRPr="004D331B">
        <w:rPr>
          <w:rFonts w:cs="Times New Roman"/>
          <w:spacing w:val="-1"/>
          <w:szCs w:val="24"/>
          <w:lang w:val="ru-RU"/>
        </w:rPr>
        <w:t>Өтініштің</w:t>
      </w:r>
      <w:proofErr w:type="spellEnd"/>
      <w:r w:rsidRPr="004D331B">
        <w:rPr>
          <w:rFonts w:cs="Times New Roman"/>
          <w:spacing w:val="-1"/>
          <w:szCs w:val="24"/>
          <w:lang w:val="ru-RU"/>
        </w:rPr>
        <w:t xml:space="preserve"> </w:t>
      </w:r>
      <w:proofErr w:type="spellStart"/>
      <w:r w:rsidRPr="004D331B">
        <w:rPr>
          <w:rFonts w:cs="Times New Roman"/>
          <w:spacing w:val="-1"/>
          <w:szCs w:val="24"/>
          <w:lang w:val="ru-RU"/>
        </w:rPr>
        <w:t>мәнін</w:t>
      </w:r>
      <w:proofErr w:type="spellEnd"/>
      <w:r w:rsidRPr="004D331B">
        <w:rPr>
          <w:rFonts w:cs="Times New Roman"/>
          <w:spacing w:val="-1"/>
          <w:szCs w:val="24"/>
          <w:lang w:val="ru-RU"/>
        </w:rPr>
        <w:t xml:space="preserve"> баяндау)</w:t>
      </w:r>
      <w:r w:rsidR="008A40F9" w:rsidRPr="008A40F9">
        <w:rPr>
          <w:rFonts w:cs="Times New Roman"/>
          <w:szCs w:val="24"/>
          <w:u w:val="single"/>
          <w:lang w:val="ru-RU"/>
        </w:rPr>
        <w:t>_________</w:t>
      </w:r>
      <w:r w:rsidR="008F4864">
        <w:rPr>
          <w:rFonts w:cs="Times New Roman"/>
          <w:szCs w:val="24"/>
          <w:u w:val="single"/>
          <w:lang w:val="ru-RU"/>
        </w:rPr>
        <w:t>________________________________________________</w:t>
      </w:r>
      <w:r w:rsidR="008A40F9" w:rsidRPr="008A40F9">
        <w:rPr>
          <w:rFonts w:cs="Times New Roman"/>
          <w:szCs w:val="24"/>
          <w:u w:val="single"/>
          <w:lang w:val="ru-RU"/>
        </w:rPr>
        <w:t>_</w:t>
      </w:r>
      <w:r w:rsidR="008A40F9" w:rsidRPr="008A40F9">
        <w:rPr>
          <w:rFonts w:cs="Times New Roman"/>
          <w:szCs w:val="24"/>
          <w:u w:val="single"/>
          <w:lang w:val="ru-RU"/>
        </w:rPr>
        <w:tab/>
      </w:r>
    </w:p>
    <w:p w14:paraId="287A2820" w14:textId="77777777" w:rsidR="008A40F9" w:rsidRPr="008A40F9" w:rsidRDefault="008A40F9" w:rsidP="00F52640">
      <w:pPr>
        <w:tabs>
          <w:tab w:val="left" w:pos="10321"/>
        </w:tabs>
        <w:spacing w:after="0" w:line="240" w:lineRule="auto"/>
        <w:ind w:right="99"/>
        <w:rPr>
          <w:rFonts w:cs="Times New Roman"/>
          <w:szCs w:val="24"/>
          <w:u w:val="single"/>
          <w:lang w:val="ru-RU"/>
        </w:rPr>
      </w:pPr>
      <w:r w:rsidRPr="008A40F9">
        <w:rPr>
          <w:rFonts w:cs="Times New Roman"/>
          <w:szCs w:val="24"/>
          <w:u w:val="single"/>
          <w:lang w:val="ru-RU"/>
        </w:rPr>
        <w:t>__________________________________________________________</w:t>
      </w:r>
      <w:r w:rsidR="008F4864">
        <w:rPr>
          <w:rFonts w:cs="Times New Roman"/>
          <w:szCs w:val="24"/>
          <w:u w:val="single"/>
          <w:lang w:val="ru-RU"/>
        </w:rPr>
        <w:t>______</w:t>
      </w:r>
      <w:r w:rsidRPr="008A40F9">
        <w:rPr>
          <w:rFonts w:cs="Times New Roman"/>
          <w:szCs w:val="24"/>
          <w:u w:val="single"/>
          <w:lang w:val="ru-RU"/>
        </w:rPr>
        <w:t>_______________________</w:t>
      </w:r>
    </w:p>
    <w:p w14:paraId="7162187B" w14:textId="77777777" w:rsidR="008A40F9" w:rsidRPr="008A40F9" w:rsidRDefault="008A40F9" w:rsidP="00F52640">
      <w:pPr>
        <w:tabs>
          <w:tab w:val="left" w:pos="10321"/>
        </w:tabs>
        <w:spacing w:after="0" w:line="240" w:lineRule="auto"/>
        <w:ind w:right="99"/>
        <w:rPr>
          <w:rFonts w:cs="Times New Roman"/>
          <w:szCs w:val="24"/>
          <w:u w:val="single"/>
          <w:lang w:val="ru-RU"/>
        </w:rPr>
      </w:pPr>
      <w:r w:rsidRPr="008A40F9">
        <w:rPr>
          <w:rFonts w:cs="Times New Roman"/>
          <w:szCs w:val="24"/>
          <w:u w:val="single"/>
          <w:lang w:val="ru-RU"/>
        </w:rPr>
        <w:t>________________________________________________________________</w:t>
      </w:r>
      <w:r w:rsidR="008F4864">
        <w:rPr>
          <w:rFonts w:cs="Times New Roman"/>
          <w:szCs w:val="24"/>
          <w:u w:val="single"/>
          <w:lang w:val="ru-RU"/>
        </w:rPr>
        <w:t>______</w:t>
      </w:r>
      <w:r w:rsidRPr="008A40F9">
        <w:rPr>
          <w:rFonts w:cs="Times New Roman"/>
          <w:szCs w:val="24"/>
          <w:u w:val="single"/>
          <w:lang w:val="ru-RU"/>
        </w:rPr>
        <w:t>_________________</w:t>
      </w:r>
    </w:p>
    <w:p w14:paraId="5B52241D" w14:textId="77777777" w:rsidR="008A40F9" w:rsidRPr="008A40F9" w:rsidRDefault="008A40F9" w:rsidP="00F52640">
      <w:pPr>
        <w:tabs>
          <w:tab w:val="left" w:pos="10321"/>
        </w:tabs>
        <w:spacing w:after="0" w:line="240" w:lineRule="auto"/>
        <w:ind w:right="99"/>
        <w:rPr>
          <w:rFonts w:cs="Times New Roman"/>
          <w:szCs w:val="24"/>
          <w:u w:val="single"/>
          <w:lang w:val="ru-RU"/>
        </w:rPr>
      </w:pPr>
      <w:r w:rsidRPr="008A40F9">
        <w:rPr>
          <w:rFonts w:cs="Times New Roman"/>
          <w:szCs w:val="24"/>
          <w:u w:val="single"/>
          <w:lang w:val="ru-RU"/>
        </w:rPr>
        <w:t>______________________________________________________________________</w:t>
      </w:r>
      <w:r w:rsidR="008F4864">
        <w:rPr>
          <w:rFonts w:cs="Times New Roman"/>
          <w:szCs w:val="24"/>
          <w:u w:val="single"/>
          <w:lang w:val="ru-RU"/>
        </w:rPr>
        <w:t>______</w:t>
      </w:r>
      <w:r w:rsidRPr="008A40F9">
        <w:rPr>
          <w:rFonts w:cs="Times New Roman"/>
          <w:szCs w:val="24"/>
          <w:u w:val="single"/>
          <w:lang w:val="ru-RU"/>
        </w:rPr>
        <w:t>___________</w:t>
      </w:r>
    </w:p>
    <w:p w14:paraId="79404912" w14:textId="77777777" w:rsidR="008A40F9" w:rsidRDefault="008A40F9" w:rsidP="00F52640">
      <w:pPr>
        <w:tabs>
          <w:tab w:val="left" w:pos="10321"/>
        </w:tabs>
        <w:spacing w:after="0" w:line="240" w:lineRule="auto"/>
        <w:ind w:right="99"/>
        <w:rPr>
          <w:rFonts w:cs="Times New Roman"/>
          <w:szCs w:val="24"/>
          <w:u w:val="single"/>
          <w:lang w:val="ru-RU"/>
        </w:rPr>
      </w:pPr>
      <w:r w:rsidRPr="008A40F9">
        <w:rPr>
          <w:rFonts w:cs="Times New Roman"/>
          <w:szCs w:val="24"/>
          <w:u w:val="single"/>
          <w:lang w:val="ru-RU"/>
        </w:rPr>
        <w:t>____________________________________________________________________________</w:t>
      </w:r>
      <w:r w:rsidR="008F4864">
        <w:rPr>
          <w:rFonts w:cs="Times New Roman"/>
          <w:szCs w:val="24"/>
          <w:u w:val="single"/>
          <w:lang w:val="ru-RU"/>
        </w:rPr>
        <w:t>______</w:t>
      </w:r>
      <w:r w:rsidRPr="008A40F9">
        <w:rPr>
          <w:rFonts w:cs="Times New Roman"/>
          <w:szCs w:val="24"/>
          <w:u w:val="single"/>
          <w:lang w:val="ru-RU"/>
        </w:rPr>
        <w:t>_____</w:t>
      </w:r>
    </w:p>
    <w:p w14:paraId="32401DE4" w14:textId="24507F0A" w:rsidR="008A40F9" w:rsidRDefault="004D331B" w:rsidP="00751892">
      <w:pPr>
        <w:tabs>
          <w:tab w:val="left" w:pos="9263"/>
        </w:tabs>
        <w:spacing w:after="0" w:line="240" w:lineRule="auto"/>
        <w:ind w:left="115"/>
        <w:rPr>
          <w:lang w:val="ru-RU"/>
        </w:rPr>
      </w:pPr>
      <w:r w:rsidRPr="004D331B">
        <w:rPr>
          <w:lang w:val="ru-RU"/>
        </w:rPr>
        <w:t xml:space="preserve">Осы </w:t>
      </w:r>
      <w:proofErr w:type="spellStart"/>
      <w:r w:rsidRPr="004D331B">
        <w:rPr>
          <w:lang w:val="ru-RU"/>
        </w:rPr>
        <w:t>арқылы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көрсетілген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мәліметтердің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дұрыстығын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растаймын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және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Қазақстан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Республикасының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заңнамасына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сәйкес</w:t>
      </w:r>
      <w:proofErr w:type="spellEnd"/>
      <w:r w:rsidRPr="004D331B">
        <w:rPr>
          <w:lang w:val="ru-RU"/>
        </w:rPr>
        <w:t xml:space="preserve"> осы </w:t>
      </w:r>
      <w:proofErr w:type="spellStart"/>
      <w:r w:rsidRPr="004D331B">
        <w:rPr>
          <w:lang w:val="ru-RU"/>
        </w:rPr>
        <w:t>өтінішті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қарау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үшін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қажетті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көлемде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менің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дербес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деректерімді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өңдеуге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келісім</w:t>
      </w:r>
      <w:proofErr w:type="spellEnd"/>
      <w:r w:rsidRPr="004D331B">
        <w:rPr>
          <w:lang w:val="ru-RU"/>
        </w:rPr>
        <w:t xml:space="preserve"> </w:t>
      </w:r>
      <w:proofErr w:type="spellStart"/>
      <w:r w:rsidRPr="004D331B">
        <w:rPr>
          <w:lang w:val="ru-RU"/>
        </w:rPr>
        <w:t>беремін</w:t>
      </w:r>
      <w:proofErr w:type="spellEnd"/>
      <w:r w:rsidRPr="004D331B">
        <w:rPr>
          <w:lang w:val="ru-RU"/>
        </w:rPr>
        <w:t>.</w:t>
      </w:r>
    </w:p>
    <w:p w14:paraId="60C79276" w14:textId="77777777" w:rsidR="008F4864" w:rsidRPr="008F4864" w:rsidRDefault="008F4864" w:rsidP="00751892">
      <w:pPr>
        <w:tabs>
          <w:tab w:val="left" w:pos="9263"/>
        </w:tabs>
        <w:spacing w:after="0" w:line="240" w:lineRule="auto"/>
        <w:ind w:left="115"/>
        <w:rPr>
          <w:rFonts w:cs="Times New Roman"/>
          <w:szCs w:val="24"/>
          <w:lang w:val="ru-RU"/>
        </w:rPr>
      </w:pPr>
    </w:p>
    <w:p w14:paraId="634AA284" w14:textId="169CA7F5" w:rsidR="008A40F9" w:rsidRDefault="004D331B" w:rsidP="00751892">
      <w:pPr>
        <w:tabs>
          <w:tab w:val="left" w:pos="9263"/>
        </w:tabs>
        <w:spacing w:after="0" w:line="240" w:lineRule="auto"/>
        <w:ind w:left="115"/>
        <w:rPr>
          <w:rFonts w:cs="Times New Roman"/>
          <w:i/>
          <w:szCs w:val="24"/>
          <w:lang w:val="ru-RU"/>
        </w:rPr>
      </w:pPr>
      <w:proofErr w:type="spellStart"/>
      <w:r w:rsidRPr="004D331B">
        <w:rPr>
          <w:rFonts w:cs="Times New Roman"/>
          <w:szCs w:val="24"/>
          <w:lang w:val="ru-RU"/>
        </w:rPr>
        <w:t>Қосымша</w:t>
      </w:r>
      <w:proofErr w:type="spellEnd"/>
      <w:r w:rsidRPr="004D331B">
        <w:rPr>
          <w:rFonts w:cs="Times New Roman"/>
          <w:szCs w:val="24"/>
          <w:lang w:val="ru-RU"/>
        </w:rPr>
        <w:t xml:space="preserve"> (</w:t>
      </w:r>
      <w:proofErr w:type="spellStart"/>
      <w:r w:rsidRPr="004D331B">
        <w:rPr>
          <w:rFonts w:cs="Times New Roman"/>
          <w:szCs w:val="24"/>
          <w:lang w:val="ru-RU"/>
        </w:rPr>
        <w:t>болған</w:t>
      </w:r>
      <w:proofErr w:type="spellEnd"/>
      <w:r w:rsidRPr="004D331B">
        <w:rPr>
          <w:rFonts w:cs="Times New Roman"/>
          <w:szCs w:val="24"/>
          <w:lang w:val="ru-RU"/>
        </w:rPr>
        <w:t xml:space="preserve"> </w:t>
      </w:r>
      <w:proofErr w:type="spellStart"/>
      <w:r w:rsidRPr="004D331B">
        <w:rPr>
          <w:rFonts w:cs="Times New Roman"/>
          <w:szCs w:val="24"/>
          <w:lang w:val="ru-RU"/>
        </w:rPr>
        <w:t>жағд</w:t>
      </w:r>
      <w:r>
        <w:rPr>
          <w:rFonts w:cs="Times New Roman"/>
          <w:szCs w:val="24"/>
          <w:lang w:val="ru-RU"/>
        </w:rPr>
        <w:t>айда</w:t>
      </w:r>
      <w:proofErr w:type="spellEnd"/>
      <w:r w:rsidRPr="004D331B">
        <w:rPr>
          <w:rFonts w:cs="Times New Roman"/>
          <w:szCs w:val="24"/>
          <w:lang w:val="ru-RU"/>
        </w:rPr>
        <w:t>)</w:t>
      </w:r>
      <w:r w:rsidRPr="004D331B">
        <w:rPr>
          <w:rFonts w:cs="Times New Roman"/>
          <w:i/>
          <w:szCs w:val="24"/>
          <w:lang w:val="ru-RU"/>
        </w:rPr>
        <w:t>: (</w:t>
      </w:r>
      <w:proofErr w:type="spellStart"/>
      <w:r w:rsidRPr="004D331B">
        <w:rPr>
          <w:rFonts w:cs="Times New Roman"/>
          <w:i/>
          <w:szCs w:val="24"/>
          <w:lang w:val="ru-RU"/>
        </w:rPr>
        <w:t>құжаттың</w:t>
      </w:r>
      <w:proofErr w:type="spellEnd"/>
      <w:r w:rsidRPr="004D331B">
        <w:rPr>
          <w:rFonts w:cs="Times New Roman"/>
          <w:i/>
          <w:szCs w:val="24"/>
          <w:lang w:val="ru-RU"/>
        </w:rPr>
        <w:t xml:space="preserve"> </w:t>
      </w:r>
      <w:proofErr w:type="spellStart"/>
      <w:r w:rsidRPr="004D331B">
        <w:rPr>
          <w:rFonts w:cs="Times New Roman"/>
          <w:i/>
          <w:szCs w:val="24"/>
          <w:lang w:val="ru-RU"/>
        </w:rPr>
        <w:t>атауын</w:t>
      </w:r>
      <w:proofErr w:type="spellEnd"/>
      <w:r w:rsidRPr="004D331B">
        <w:rPr>
          <w:rFonts w:cs="Times New Roman"/>
          <w:i/>
          <w:szCs w:val="24"/>
          <w:lang w:val="ru-RU"/>
        </w:rPr>
        <w:t xml:space="preserve"> </w:t>
      </w:r>
      <w:proofErr w:type="spellStart"/>
      <w:r w:rsidRPr="004D331B">
        <w:rPr>
          <w:rFonts w:cs="Times New Roman"/>
          <w:i/>
          <w:szCs w:val="24"/>
          <w:lang w:val="ru-RU"/>
        </w:rPr>
        <w:t>көрсету</w:t>
      </w:r>
      <w:proofErr w:type="spellEnd"/>
      <w:r w:rsidR="008A40F9" w:rsidRPr="004D331B">
        <w:rPr>
          <w:rFonts w:cs="Times New Roman"/>
          <w:i/>
          <w:szCs w:val="24"/>
          <w:lang w:val="ru-RU"/>
        </w:rPr>
        <w:t>)</w:t>
      </w:r>
    </w:p>
    <w:p w14:paraId="41498023" w14:textId="77777777" w:rsidR="008F4864" w:rsidRDefault="008F4864" w:rsidP="00751892">
      <w:pPr>
        <w:pStyle w:val="ae"/>
        <w:numPr>
          <w:ilvl w:val="0"/>
          <w:numId w:val="10"/>
        </w:numPr>
        <w:tabs>
          <w:tab w:val="left" w:pos="9263"/>
        </w:tabs>
        <w:spacing w:after="0" w:line="240" w:lineRule="auto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___________________________________</w:t>
      </w:r>
    </w:p>
    <w:p w14:paraId="3BC5A4EB" w14:textId="77777777" w:rsidR="008F4864" w:rsidRDefault="008F4864" w:rsidP="00751892">
      <w:pPr>
        <w:pStyle w:val="ae"/>
        <w:numPr>
          <w:ilvl w:val="0"/>
          <w:numId w:val="10"/>
        </w:numPr>
        <w:tabs>
          <w:tab w:val="left" w:pos="9263"/>
        </w:tabs>
        <w:spacing w:after="0" w:line="240" w:lineRule="auto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___________________________________</w:t>
      </w:r>
    </w:p>
    <w:p w14:paraId="28549BEC" w14:textId="77777777" w:rsidR="008F4864" w:rsidRDefault="008F4864" w:rsidP="00751892">
      <w:pPr>
        <w:pStyle w:val="ae"/>
        <w:numPr>
          <w:ilvl w:val="0"/>
          <w:numId w:val="10"/>
        </w:numPr>
        <w:tabs>
          <w:tab w:val="left" w:pos="9263"/>
        </w:tabs>
        <w:spacing w:after="0" w:line="240" w:lineRule="auto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___________________________________</w:t>
      </w:r>
    </w:p>
    <w:p w14:paraId="50EE6A53" w14:textId="77777777" w:rsidR="008F4864" w:rsidRDefault="008F4864" w:rsidP="00751892">
      <w:pPr>
        <w:pStyle w:val="ae"/>
        <w:numPr>
          <w:ilvl w:val="0"/>
          <w:numId w:val="10"/>
        </w:numPr>
        <w:tabs>
          <w:tab w:val="left" w:pos="9263"/>
        </w:tabs>
        <w:spacing w:after="0" w:line="240" w:lineRule="auto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___________________________________</w:t>
      </w:r>
    </w:p>
    <w:p w14:paraId="6571D7D4" w14:textId="77777777" w:rsidR="008F4864" w:rsidRPr="008F4864" w:rsidRDefault="008F4864" w:rsidP="00751892">
      <w:pPr>
        <w:pStyle w:val="ae"/>
        <w:numPr>
          <w:ilvl w:val="0"/>
          <w:numId w:val="10"/>
        </w:numPr>
        <w:tabs>
          <w:tab w:val="left" w:pos="9263"/>
        </w:tabs>
        <w:spacing w:after="0" w:line="240" w:lineRule="auto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___________________________________</w:t>
      </w:r>
    </w:p>
    <w:p w14:paraId="5B71CC83" w14:textId="77777777" w:rsidR="008A40F9" w:rsidRDefault="008A40F9" w:rsidP="00751892">
      <w:pPr>
        <w:spacing w:after="0" w:line="240" w:lineRule="auto"/>
        <w:rPr>
          <w:rFonts w:cs="Times New Roman"/>
          <w:szCs w:val="24"/>
          <w:lang w:val="ru-RU"/>
        </w:rPr>
      </w:pPr>
    </w:p>
    <w:p w14:paraId="37BF9807" w14:textId="2DC3FFA7" w:rsidR="008A40F9" w:rsidRPr="008A40F9" w:rsidRDefault="004D331B" w:rsidP="00751892">
      <w:pPr>
        <w:spacing w:after="0" w:line="240" w:lineRule="auto"/>
        <w:rPr>
          <w:rFonts w:cs="Times New Roman"/>
          <w:szCs w:val="24"/>
          <w:lang w:val="ru-RU"/>
        </w:rPr>
      </w:pPr>
      <w:proofErr w:type="spellStart"/>
      <w:r w:rsidRPr="004D331B">
        <w:rPr>
          <w:rFonts w:cs="Times New Roman"/>
          <w:szCs w:val="24"/>
          <w:lang w:val="ru-RU"/>
        </w:rPr>
        <w:t>Жауапты</w:t>
      </w:r>
      <w:proofErr w:type="spellEnd"/>
      <w:r w:rsidRPr="004D331B">
        <w:rPr>
          <w:rFonts w:cs="Times New Roman"/>
          <w:szCs w:val="24"/>
          <w:lang w:val="ru-RU"/>
        </w:rPr>
        <w:t xml:space="preserve"> (</w:t>
      </w:r>
      <w:proofErr w:type="spellStart"/>
      <w:r w:rsidRPr="004D331B">
        <w:rPr>
          <w:rFonts w:cs="Times New Roman"/>
          <w:szCs w:val="24"/>
          <w:lang w:val="ru-RU"/>
        </w:rPr>
        <w:t>қажеттісін</w:t>
      </w:r>
      <w:proofErr w:type="spellEnd"/>
      <w:r w:rsidRPr="004D331B">
        <w:rPr>
          <w:rFonts w:cs="Times New Roman"/>
          <w:szCs w:val="24"/>
          <w:lang w:val="ru-RU"/>
        </w:rPr>
        <w:t xml:space="preserve"> </w:t>
      </w:r>
      <w:proofErr w:type="spellStart"/>
      <w:r w:rsidRPr="004D331B">
        <w:rPr>
          <w:rFonts w:cs="Times New Roman"/>
          <w:szCs w:val="24"/>
          <w:lang w:val="ru-RU"/>
        </w:rPr>
        <w:t>таңдау</w:t>
      </w:r>
      <w:proofErr w:type="spellEnd"/>
      <w:r w:rsidRPr="004D331B">
        <w:rPr>
          <w:rFonts w:cs="Times New Roman"/>
          <w:szCs w:val="24"/>
          <w:lang w:val="ru-RU"/>
        </w:rPr>
        <w:t xml:space="preserve">) </w:t>
      </w:r>
      <w:proofErr w:type="spellStart"/>
      <w:r w:rsidRPr="004D331B">
        <w:rPr>
          <w:rFonts w:cs="Times New Roman"/>
          <w:szCs w:val="24"/>
          <w:lang w:val="ru-RU"/>
        </w:rPr>
        <w:t>арқылы</w:t>
      </w:r>
      <w:proofErr w:type="spellEnd"/>
      <w:r w:rsidRPr="004D331B">
        <w:rPr>
          <w:rFonts w:cs="Times New Roman"/>
          <w:szCs w:val="24"/>
          <w:lang w:val="ru-RU"/>
        </w:rPr>
        <w:t xml:space="preserve"> </w:t>
      </w:r>
      <w:proofErr w:type="spellStart"/>
      <w:r w:rsidRPr="004D331B">
        <w:rPr>
          <w:rFonts w:cs="Times New Roman"/>
          <w:szCs w:val="24"/>
          <w:lang w:val="ru-RU"/>
        </w:rPr>
        <w:t>ұсынуыңызды</w:t>
      </w:r>
      <w:proofErr w:type="spellEnd"/>
      <w:r w:rsidRPr="004D331B">
        <w:rPr>
          <w:rFonts w:cs="Times New Roman"/>
          <w:szCs w:val="24"/>
          <w:lang w:val="ru-RU"/>
        </w:rPr>
        <w:t xml:space="preserve"> </w:t>
      </w:r>
      <w:proofErr w:type="spellStart"/>
      <w:r w:rsidRPr="004D331B">
        <w:rPr>
          <w:rFonts w:cs="Times New Roman"/>
          <w:szCs w:val="24"/>
          <w:lang w:val="ru-RU"/>
        </w:rPr>
        <w:t>сұраймын</w:t>
      </w:r>
      <w:proofErr w:type="spellEnd"/>
    </w:p>
    <w:p w14:paraId="4C382799" w14:textId="77777777" w:rsidR="008A40F9" w:rsidRDefault="008A40F9" w:rsidP="00751892">
      <w:pPr>
        <w:spacing w:after="0" w:line="240" w:lineRule="auto"/>
        <w:rPr>
          <w:rFonts w:asciiTheme="minorHAnsi" w:hAnsiTheme="minorHAnsi" w:cs="Segoe UI Symbol"/>
          <w:szCs w:val="24"/>
          <w:lang w:val="ru-RU"/>
        </w:rPr>
      </w:pPr>
    </w:p>
    <w:p w14:paraId="2153F75E" w14:textId="77DA4D1C" w:rsidR="008A40F9" w:rsidRPr="008A40F9" w:rsidRDefault="008A40F9" w:rsidP="00751892">
      <w:pPr>
        <w:spacing w:after="0" w:line="240" w:lineRule="auto"/>
        <w:rPr>
          <w:rFonts w:cs="Times New Roman"/>
          <w:szCs w:val="24"/>
          <w:lang w:val="ru-RU"/>
        </w:rPr>
      </w:pPr>
      <w:r w:rsidRPr="008A40F9">
        <w:rPr>
          <w:rFonts w:ascii="Segoe UI Symbol" w:hAnsi="Segoe UI Symbol" w:cs="Segoe UI Symbol"/>
          <w:szCs w:val="24"/>
          <w:lang w:val="ru-RU"/>
        </w:rPr>
        <w:t>☐</w:t>
      </w:r>
      <w:r w:rsidRPr="008A40F9">
        <w:rPr>
          <w:rFonts w:cs="Times New Roman"/>
          <w:szCs w:val="24"/>
          <w:lang w:val="ru-RU"/>
        </w:rPr>
        <w:t xml:space="preserve"> </w:t>
      </w:r>
      <w:r w:rsidRPr="008A40F9">
        <w:rPr>
          <w:rFonts w:cs="Times New Roman"/>
          <w:szCs w:val="24"/>
        </w:rPr>
        <w:t>e</w:t>
      </w:r>
      <w:r w:rsidRPr="008A40F9">
        <w:rPr>
          <w:rFonts w:cs="Times New Roman"/>
          <w:szCs w:val="24"/>
          <w:lang w:val="ru-RU"/>
        </w:rPr>
        <w:t>-</w:t>
      </w:r>
      <w:r w:rsidRPr="008A40F9">
        <w:rPr>
          <w:rFonts w:cs="Times New Roman"/>
          <w:szCs w:val="24"/>
        </w:rPr>
        <w:t>mail</w:t>
      </w:r>
      <w:r w:rsidRPr="008A40F9">
        <w:rPr>
          <w:rFonts w:cs="Times New Roman"/>
          <w:szCs w:val="24"/>
          <w:lang w:val="ru-RU"/>
        </w:rPr>
        <w:t xml:space="preserve"> </w:t>
      </w:r>
      <w:r w:rsidRPr="008A40F9">
        <w:rPr>
          <w:rFonts w:ascii="Segoe UI Symbol" w:hAnsi="Segoe UI Symbol" w:cs="Segoe UI Symbol"/>
          <w:szCs w:val="24"/>
          <w:lang w:val="ru-RU"/>
        </w:rPr>
        <w:t>☐</w:t>
      </w:r>
      <w:r w:rsidRPr="008A40F9">
        <w:rPr>
          <w:rFonts w:cs="Times New Roman"/>
          <w:szCs w:val="24"/>
          <w:lang w:val="ru-RU"/>
        </w:rPr>
        <w:t xml:space="preserve"> </w:t>
      </w:r>
      <w:r w:rsidRPr="008A40F9">
        <w:rPr>
          <w:rFonts w:cs="Times New Roman"/>
          <w:szCs w:val="24"/>
        </w:rPr>
        <w:t>WhatsApp</w:t>
      </w:r>
      <w:r w:rsidRPr="008A40F9">
        <w:rPr>
          <w:rFonts w:cs="Times New Roman"/>
          <w:szCs w:val="24"/>
          <w:lang w:val="ru-RU"/>
        </w:rPr>
        <w:t xml:space="preserve"> </w:t>
      </w:r>
      <w:r w:rsidRPr="008A40F9">
        <w:rPr>
          <w:rFonts w:ascii="Segoe UI Symbol" w:hAnsi="Segoe UI Symbol" w:cs="Segoe UI Symbol"/>
          <w:szCs w:val="24"/>
          <w:lang w:val="ru-RU"/>
        </w:rPr>
        <w:t>☐</w:t>
      </w:r>
      <w:r w:rsidRPr="008A40F9">
        <w:rPr>
          <w:rFonts w:cs="Times New Roman"/>
          <w:szCs w:val="24"/>
          <w:lang w:val="ru-RU"/>
        </w:rPr>
        <w:t xml:space="preserve"> </w:t>
      </w:r>
      <w:bookmarkStart w:id="0" w:name="_GoBack"/>
      <w:r w:rsidR="004D331B" w:rsidRPr="004D331B">
        <w:rPr>
          <w:rFonts w:cs="Times New Roman"/>
          <w:szCs w:val="24"/>
          <w:lang w:val="ru-RU"/>
        </w:rPr>
        <w:t xml:space="preserve">Микрокредит </w:t>
      </w:r>
      <w:proofErr w:type="spellStart"/>
      <w:r w:rsidR="004D331B" w:rsidRPr="004D331B">
        <w:rPr>
          <w:rFonts w:cs="Times New Roman"/>
          <w:szCs w:val="24"/>
          <w:lang w:val="ru-RU"/>
        </w:rPr>
        <w:t>рәсімделген</w:t>
      </w:r>
      <w:proofErr w:type="spellEnd"/>
      <w:r w:rsidR="004D331B" w:rsidRPr="004D331B">
        <w:rPr>
          <w:rFonts w:cs="Times New Roman"/>
          <w:szCs w:val="24"/>
          <w:lang w:val="ru-RU"/>
        </w:rPr>
        <w:t xml:space="preserve"> </w:t>
      </w:r>
      <w:proofErr w:type="spellStart"/>
      <w:r w:rsidR="004D331B" w:rsidRPr="004D331B">
        <w:rPr>
          <w:rFonts w:cs="Times New Roman"/>
          <w:szCs w:val="24"/>
          <w:lang w:val="ru-RU"/>
        </w:rPr>
        <w:t>бөлімшеге</w:t>
      </w:r>
      <w:proofErr w:type="spellEnd"/>
      <w:r w:rsidR="004D331B" w:rsidRPr="004D331B">
        <w:rPr>
          <w:rFonts w:cs="Times New Roman"/>
          <w:szCs w:val="24"/>
          <w:lang w:val="ru-RU"/>
        </w:rPr>
        <w:t xml:space="preserve"> </w:t>
      </w:r>
      <w:proofErr w:type="spellStart"/>
      <w:r w:rsidR="004D331B" w:rsidRPr="004D331B">
        <w:rPr>
          <w:rFonts w:cs="Times New Roman"/>
          <w:szCs w:val="24"/>
          <w:lang w:val="ru-RU"/>
        </w:rPr>
        <w:t>жеке</w:t>
      </w:r>
      <w:proofErr w:type="spellEnd"/>
      <w:r w:rsidR="004D331B" w:rsidRPr="004D331B">
        <w:rPr>
          <w:rFonts w:cs="Times New Roman"/>
          <w:szCs w:val="24"/>
          <w:lang w:val="ru-RU"/>
        </w:rPr>
        <w:t xml:space="preserve"> </w:t>
      </w:r>
      <w:proofErr w:type="spellStart"/>
      <w:r w:rsidR="004D331B" w:rsidRPr="004D331B">
        <w:rPr>
          <w:rFonts w:cs="Times New Roman"/>
          <w:szCs w:val="24"/>
          <w:lang w:val="ru-RU"/>
        </w:rPr>
        <w:t>жүгіну</w:t>
      </w:r>
      <w:proofErr w:type="spellEnd"/>
      <w:r w:rsidR="004D331B" w:rsidRPr="004D331B">
        <w:rPr>
          <w:rFonts w:cs="Times New Roman"/>
          <w:szCs w:val="24"/>
          <w:lang w:val="ru-RU"/>
        </w:rPr>
        <w:t xml:space="preserve"> </w:t>
      </w:r>
      <w:proofErr w:type="spellStart"/>
      <w:r w:rsidR="004D331B" w:rsidRPr="004D331B">
        <w:rPr>
          <w:rFonts w:cs="Times New Roman"/>
          <w:szCs w:val="24"/>
          <w:lang w:val="ru-RU"/>
        </w:rPr>
        <w:t>арқылы</w:t>
      </w:r>
      <w:proofErr w:type="spellEnd"/>
      <w:r w:rsidR="00751892">
        <w:rPr>
          <w:rFonts w:cs="Times New Roman"/>
          <w:szCs w:val="24"/>
          <w:lang w:val="ru-RU"/>
        </w:rPr>
        <w:t xml:space="preserve"> </w:t>
      </w:r>
      <w:bookmarkEnd w:id="0"/>
    </w:p>
    <w:p w14:paraId="2D45A25F" w14:textId="77777777" w:rsidR="008A40F9" w:rsidRPr="008A40F9" w:rsidRDefault="008A40F9" w:rsidP="00751892">
      <w:pPr>
        <w:pStyle w:val="af"/>
        <w:spacing w:after="0" w:line="240" w:lineRule="auto"/>
        <w:rPr>
          <w:rFonts w:cs="Times New Roman"/>
          <w:szCs w:val="24"/>
          <w:lang w:val="ru-RU"/>
        </w:rPr>
      </w:pPr>
    </w:p>
    <w:p w14:paraId="6372EC74" w14:textId="77777777" w:rsidR="008A40F9" w:rsidRDefault="008A40F9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Fonts w:cs="Times New Roman"/>
          <w:szCs w:val="24"/>
          <w:lang w:val="ru-RU"/>
        </w:rPr>
      </w:pPr>
    </w:p>
    <w:p w14:paraId="4AE60517" w14:textId="4E87C363" w:rsidR="002713D8" w:rsidRDefault="008A40F9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Fonts w:cs="Times New Roman"/>
          <w:szCs w:val="24"/>
          <w:lang w:val="ru-RU"/>
        </w:rPr>
      </w:pPr>
      <w:r w:rsidRPr="008A40F9">
        <w:rPr>
          <w:rFonts w:cs="Times New Roman"/>
          <w:szCs w:val="24"/>
          <w:lang w:val="ru-RU"/>
        </w:rPr>
        <w:t>«</w:t>
      </w:r>
      <w:r w:rsidRPr="008A40F9">
        <w:rPr>
          <w:rFonts w:cs="Times New Roman"/>
          <w:szCs w:val="24"/>
          <w:u w:val="single"/>
          <w:lang w:val="ru-RU"/>
        </w:rPr>
        <w:tab/>
      </w:r>
      <w:r w:rsidRPr="008A40F9">
        <w:rPr>
          <w:rFonts w:cs="Times New Roman"/>
          <w:szCs w:val="24"/>
          <w:lang w:val="ru-RU"/>
        </w:rPr>
        <w:t>»</w:t>
      </w:r>
      <w:r w:rsidRPr="008A40F9">
        <w:rPr>
          <w:rFonts w:cs="Times New Roman"/>
          <w:szCs w:val="24"/>
          <w:u w:val="single"/>
          <w:lang w:val="ru-RU"/>
        </w:rPr>
        <w:tab/>
      </w:r>
      <w:r w:rsidRPr="008A40F9">
        <w:rPr>
          <w:rFonts w:cs="Times New Roman"/>
          <w:szCs w:val="24"/>
          <w:lang w:val="ru-RU"/>
        </w:rPr>
        <w:t>20</w:t>
      </w:r>
      <w:r w:rsidRPr="008A40F9">
        <w:rPr>
          <w:rFonts w:cs="Times New Roman"/>
          <w:szCs w:val="24"/>
          <w:u w:val="single"/>
          <w:lang w:val="ru-RU"/>
        </w:rPr>
        <w:t xml:space="preserve">    </w:t>
      </w:r>
      <w:r w:rsidR="004D331B">
        <w:rPr>
          <w:rFonts w:cs="Times New Roman"/>
          <w:szCs w:val="24"/>
          <w:lang w:val="ru-RU"/>
        </w:rPr>
        <w:t>ж</w:t>
      </w:r>
      <w:r w:rsidRPr="008A40F9">
        <w:rPr>
          <w:rFonts w:cs="Times New Roman"/>
          <w:szCs w:val="24"/>
          <w:lang w:val="ru-RU"/>
        </w:rPr>
        <w:t xml:space="preserve">.                                                               </w:t>
      </w:r>
      <w:proofErr w:type="spellStart"/>
      <w:r w:rsidR="004D331B" w:rsidRPr="004D331B">
        <w:rPr>
          <w:rFonts w:cs="Times New Roman"/>
          <w:szCs w:val="24"/>
          <w:lang w:val="ru-RU"/>
        </w:rPr>
        <w:t>Қолы</w:t>
      </w:r>
      <w:proofErr w:type="spellEnd"/>
      <w:r w:rsidR="004D331B" w:rsidRPr="004D331B">
        <w:rPr>
          <w:rFonts w:cs="Times New Roman"/>
          <w:szCs w:val="24"/>
          <w:lang w:val="ru-RU"/>
        </w:rPr>
        <w:t xml:space="preserve">, </w:t>
      </w:r>
      <w:proofErr w:type="spellStart"/>
      <w:r w:rsidR="004D331B" w:rsidRPr="004D331B">
        <w:rPr>
          <w:rFonts w:cs="Times New Roman"/>
          <w:szCs w:val="24"/>
          <w:lang w:val="ru-RU"/>
        </w:rPr>
        <w:t>аты-жөні</w:t>
      </w:r>
      <w:proofErr w:type="spellEnd"/>
      <w:r w:rsidR="004D331B" w:rsidRPr="004D331B">
        <w:rPr>
          <w:rFonts w:cs="Times New Roman"/>
          <w:szCs w:val="24"/>
          <w:lang w:val="ru-RU"/>
        </w:rPr>
        <w:t xml:space="preserve"> </w:t>
      </w:r>
      <w:proofErr w:type="spellStart"/>
      <w:r w:rsidR="004D331B" w:rsidRPr="004D331B">
        <w:rPr>
          <w:rFonts w:cs="Times New Roman"/>
          <w:szCs w:val="24"/>
          <w:lang w:val="ru-RU"/>
        </w:rPr>
        <w:t>толығымен</w:t>
      </w:r>
      <w:proofErr w:type="spellEnd"/>
    </w:p>
    <w:p w14:paraId="755E3338" w14:textId="77777777" w:rsidR="00EF646C" w:rsidRDefault="00EF646C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Style w:val="af6"/>
          <w:sz w:val="20"/>
          <w:szCs w:val="20"/>
          <w:lang w:val="ru-RU"/>
        </w:rPr>
      </w:pPr>
    </w:p>
    <w:p w14:paraId="39DFF2D1" w14:textId="77777777" w:rsidR="00EF646C" w:rsidRDefault="00EF646C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Style w:val="af6"/>
          <w:sz w:val="20"/>
          <w:szCs w:val="20"/>
          <w:lang w:val="ru-RU"/>
        </w:rPr>
      </w:pPr>
    </w:p>
    <w:p w14:paraId="5F72FEFC" w14:textId="77777777" w:rsidR="00EF646C" w:rsidRDefault="00EF646C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Style w:val="af6"/>
          <w:sz w:val="20"/>
          <w:szCs w:val="20"/>
          <w:lang w:val="ru-RU"/>
        </w:rPr>
      </w:pPr>
    </w:p>
    <w:p w14:paraId="59ACF930" w14:textId="77777777" w:rsidR="00EF646C" w:rsidRDefault="00EF646C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Style w:val="af6"/>
          <w:sz w:val="20"/>
          <w:szCs w:val="20"/>
          <w:lang w:val="ru-RU"/>
        </w:rPr>
      </w:pPr>
    </w:p>
    <w:p w14:paraId="5BE09900" w14:textId="421899C8" w:rsidR="008F4864" w:rsidRPr="004D331B" w:rsidRDefault="004D331B" w:rsidP="00751892">
      <w:pPr>
        <w:tabs>
          <w:tab w:val="left" w:pos="595"/>
          <w:tab w:val="left" w:pos="2155"/>
          <w:tab w:val="left" w:pos="7893"/>
        </w:tabs>
        <w:spacing w:after="0" w:line="240" w:lineRule="auto"/>
        <w:ind w:left="115"/>
        <w:rPr>
          <w:rFonts w:cs="Times New Roman"/>
          <w:b/>
          <w:sz w:val="20"/>
          <w:szCs w:val="20"/>
          <w:lang w:val="ru-RU"/>
        </w:rPr>
      </w:pPr>
      <w:proofErr w:type="spellStart"/>
      <w:r w:rsidRPr="004D331B">
        <w:rPr>
          <w:rStyle w:val="af6"/>
          <w:sz w:val="20"/>
          <w:szCs w:val="20"/>
          <w:lang w:val="ru-RU"/>
        </w:rPr>
        <w:t>Анықтама</w:t>
      </w:r>
      <w:proofErr w:type="spellEnd"/>
      <w:r w:rsidRPr="004D331B">
        <w:rPr>
          <w:rStyle w:val="af6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sz w:val="20"/>
          <w:szCs w:val="20"/>
          <w:lang w:val="ru-RU"/>
        </w:rPr>
        <w:t>ретінде</w:t>
      </w:r>
      <w:proofErr w:type="spellEnd"/>
      <w:r w:rsidRPr="004D331B">
        <w:rPr>
          <w:rStyle w:val="af6"/>
          <w:sz w:val="20"/>
          <w:szCs w:val="20"/>
          <w:lang w:val="ru-RU"/>
        </w:rPr>
        <w:t xml:space="preserve">: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Қажет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болған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жағдайда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«Сейф-Ломбард» ЖШС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өтінішті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толық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,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жан-жақты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және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объективті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қарау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үшін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қажетті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қосымша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мәліметтер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мен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құжаттарды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сұратуға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 xml:space="preserve"> </w:t>
      </w:r>
      <w:proofErr w:type="spellStart"/>
      <w:r w:rsidRPr="004D331B">
        <w:rPr>
          <w:rStyle w:val="af6"/>
          <w:b w:val="0"/>
          <w:sz w:val="20"/>
          <w:szCs w:val="20"/>
          <w:lang w:val="ru-RU"/>
        </w:rPr>
        <w:t>құқылы</w:t>
      </w:r>
      <w:proofErr w:type="spellEnd"/>
      <w:r w:rsidRPr="004D331B">
        <w:rPr>
          <w:rStyle w:val="af6"/>
          <w:b w:val="0"/>
          <w:sz w:val="20"/>
          <w:szCs w:val="20"/>
          <w:lang w:val="ru-RU"/>
        </w:rPr>
        <w:t>.</w:t>
      </w:r>
    </w:p>
    <w:sectPr w:rsidR="008F4864" w:rsidRPr="004D331B" w:rsidSect="00F52640">
      <w:pgSz w:w="12240" w:h="15840"/>
      <w:pgMar w:top="851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3B0190"/>
    <w:multiLevelType w:val="hybridMultilevel"/>
    <w:tmpl w:val="35600C10"/>
    <w:lvl w:ilvl="0" w:tplc="8E4A323A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0340"/>
    <w:rsid w:val="0010310E"/>
    <w:rsid w:val="0015074B"/>
    <w:rsid w:val="002713D8"/>
    <w:rsid w:val="0029639D"/>
    <w:rsid w:val="00326F90"/>
    <w:rsid w:val="00417C33"/>
    <w:rsid w:val="004D331B"/>
    <w:rsid w:val="00751892"/>
    <w:rsid w:val="008A40F9"/>
    <w:rsid w:val="008F4864"/>
    <w:rsid w:val="00AA1D8D"/>
    <w:rsid w:val="00B47730"/>
    <w:rsid w:val="00CB0664"/>
    <w:rsid w:val="00EF646C"/>
    <w:rsid w:val="00F10D8B"/>
    <w:rsid w:val="00F526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B2F89"/>
  <w14:defaultImageDpi w14:val="300"/>
  <w15:docId w15:val="{A8A4C12D-379E-4619-ABB1-01325701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ntstyle01">
    <w:name w:val="fontstyle01"/>
    <w:basedOn w:val="a2"/>
    <w:rsid w:val="008A40F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2"/>
    <w:rsid w:val="008A40F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f8">
    <w:name w:val="annotation reference"/>
    <w:basedOn w:val="a2"/>
    <w:uiPriority w:val="99"/>
    <w:semiHidden/>
    <w:unhideWhenUsed/>
    <w:rsid w:val="00751892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751892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751892"/>
    <w:rPr>
      <w:rFonts w:ascii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751892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751892"/>
    <w:rPr>
      <w:rFonts w:ascii="Times New Roman" w:hAnsi="Times New Roman"/>
      <w:b/>
      <w:bCs/>
      <w:sz w:val="20"/>
      <w:szCs w:val="20"/>
    </w:rPr>
  </w:style>
  <w:style w:type="paragraph" w:styleId="affd">
    <w:name w:val="Revision"/>
    <w:hidden/>
    <w:uiPriority w:val="99"/>
    <w:semiHidden/>
    <w:rsid w:val="00751892"/>
    <w:pPr>
      <w:spacing w:after="0" w:line="240" w:lineRule="auto"/>
    </w:pPr>
    <w:rPr>
      <w:rFonts w:ascii="Times New Roman" w:hAnsi="Times New Roman"/>
      <w:sz w:val="24"/>
    </w:rPr>
  </w:style>
  <w:style w:type="paragraph" w:styleId="affe">
    <w:name w:val="Balloon Text"/>
    <w:basedOn w:val="a1"/>
    <w:link w:val="afff"/>
    <w:uiPriority w:val="99"/>
    <w:semiHidden/>
    <w:unhideWhenUsed/>
    <w:rsid w:val="00751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">
    <w:name w:val="Текст выноски Знак"/>
    <w:basedOn w:val="a2"/>
    <w:link w:val="affe"/>
    <w:uiPriority w:val="99"/>
    <w:semiHidden/>
    <w:rsid w:val="007518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31AAB7-846A-42EE-AA9E-C9EAF9C7B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Зейналова Лейли Эльдаргызы</cp:lastModifiedBy>
  <cp:revision>10</cp:revision>
  <dcterms:created xsi:type="dcterms:W3CDTF">2026-07-14T12:37:00Z</dcterms:created>
  <dcterms:modified xsi:type="dcterms:W3CDTF">2026-07-20T07:48:00Z</dcterms:modified>
  <cp:category/>
</cp:coreProperties>
</file>