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BD9D" w14:textId="24FF0AA1" w:rsidR="008A40F9" w:rsidRPr="008A40F9" w:rsidRDefault="008A40F9" w:rsidP="00751892">
      <w:pPr>
        <w:spacing w:after="0" w:line="240" w:lineRule="auto"/>
        <w:ind w:left="4111" w:right="100"/>
        <w:jc w:val="right"/>
        <w:rPr>
          <w:rFonts w:cs="Times New Roman"/>
          <w:b/>
          <w:i/>
          <w:szCs w:val="24"/>
          <w:lang w:val="ru-RU"/>
        </w:rPr>
      </w:pPr>
      <w:r w:rsidRPr="008A40F9">
        <w:rPr>
          <w:rFonts w:cs="Times New Roman"/>
          <w:b/>
          <w:i/>
          <w:szCs w:val="24"/>
          <w:lang w:val="ru-RU"/>
        </w:rPr>
        <w:t>ТОО «Сейф-Ломбард»</w:t>
      </w:r>
    </w:p>
    <w:p w14:paraId="1AACFA4B" w14:textId="674792E2" w:rsidR="008A40F9" w:rsidRDefault="008A40F9" w:rsidP="00751892">
      <w:pPr>
        <w:tabs>
          <w:tab w:val="left" w:pos="10322"/>
        </w:tabs>
        <w:spacing w:after="0" w:line="240" w:lineRule="auto"/>
        <w:ind w:left="4111" w:right="99"/>
        <w:jc w:val="right"/>
        <w:rPr>
          <w:rFonts w:cs="Times New Roman"/>
          <w:b/>
          <w:i/>
          <w:szCs w:val="24"/>
          <w:lang w:val="ru-RU"/>
        </w:rPr>
      </w:pPr>
    </w:p>
    <w:p w14:paraId="2CE5A47E" w14:textId="77777777" w:rsidR="008A40F9" w:rsidRDefault="008A40F9" w:rsidP="00751892">
      <w:pPr>
        <w:pStyle w:val="af"/>
        <w:spacing w:after="0" w:line="240" w:lineRule="auto"/>
        <w:ind w:left="4111"/>
        <w:jc w:val="right"/>
        <w:rPr>
          <w:rFonts w:cs="Times New Roman"/>
          <w:i/>
          <w:szCs w:val="24"/>
          <w:u w:val="single"/>
          <w:lang w:val="ru-RU"/>
        </w:rPr>
      </w:pPr>
      <w:r w:rsidRPr="008A40F9">
        <w:rPr>
          <w:rFonts w:cs="Times New Roman"/>
          <w:i/>
          <w:szCs w:val="24"/>
          <w:lang w:val="ru-RU"/>
        </w:rPr>
        <w:t>От</w:t>
      </w:r>
      <w:r w:rsidRPr="008A40F9">
        <w:rPr>
          <w:rFonts w:cs="Times New Roman"/>
          <w:i/>
          <w:spacing w:val="-3"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гр.</w:t>
      </w:r>
      <w:r w:rsidRPr="008A40F9">
        <w:rPr>
          <w:rFonts w:cs="Times New Roman"/>
          <w:i/>
          <w:spacing w:val="-2"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(ФИО</w:t>
      </w:r>
      <w:r w:rsidRPr="008A40F9">
        <w:rPr>
          <w:rFonts w:cs="Times New Roman"/>
          <w:i/>
          <w:spacing w:val="-2"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полностью)</w:t>
      </w:r>
      <w:r w:rsidRPr="008A40F9">
        <w:rPr>
          <w:rFonts w:cs="Times New Roman"/>
          <w:i/>
          <w:szCs w:val="24"/>
          <w:u w:val="single"/>
          <w:lang w:val="ru-RU"/>
        </w:rPr>
        <w:t xml:space="preserve"> ___________________</w:t>
      </w:r>
      <w:r w:rsidRPr="008A40F9">
        <w:rPr>
          <w:rFonts w:cs="Times New Roman"/>
          <w:i/>
          <w:szCs w:val="24"/>
          <w:u w:val="single"/>
          <w:lang w:val="ru-RU"/>
        </w:rPr>
        <w:tab/>
      </w:r>
    </w:p>
    <w:p w14:paraId="4FE661B1" w14:textId="77777777" w:rsidR="008A40F9" w:rsidRDefault="008A40F9" w:rsidP="00751892">
      <w:pPr>
        <w:pStyle w:val="af"/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____________________________________________</w:t>
      </w:r>
    </w:p>
    <w:p w14:paraId="028F3AAA" w14:textId="77777777" w:rsidR="008A40F9" w:rsidRPr="008A40F9" w:rsidRDefault="008A40F9" w:rsidP="00751892">
      <w:pPr>
        <w:pStyle w:val="af"/>
        <w:spacing w:after="0" w:line="240" w:lineRule="auto"/>
        <w:ind w:left="4111"/>
        <w:jc w:val="right"/>
        <w:rPr>
          <w:rFonts w:cs="Times New Roman"/>
          <w:i/>
          <w:szCs w:val="24"/>
          <w:u w:val="single"/>
          <w:lang w:val="ru-RU"/>
        </w:rPr>
      </w:pPr>
      <w:r w:rsidRPr="008A40F9">
        <w:rPr>
          <w:rFonts w:cs="Times New Roman"/>
          <w:i/>
          <w:szCs w:val="24"/>
          <w:u w:val="single"/>
          <w:lang w:val="ru-RU"/>
        </w:rPr>
        <w:t>____________________________________________</w:t>
      </w:r>
    </w:p>
    <w:p w14:paraId="2913D088" w14:textId="77777777" w:rsidR="008A40F9" w:rsidRDefault="008A40F9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ИИН _________________________</w:t>
      </w:r>
    </w:p>
    <w:p w14:paraId="75E6831C" w14:textId="77777777" w:rsidR="008A40F9" w:rsidRDefault="008A40F9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проживающей(его)</w:t>
      </w:r>
      <w:r w:rsidRPr="008A40F9">
        <w:rPr>
          <w:rFonts w:cs="Times New Roman"/>
          <w:i/>
          <w:spacing w:val="-5"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по</w:t>
      </w:r>
      <w:r w:rsidRPr="008A40F9">
        <w:rPr>
          <w:rFonts w:cs="Times New Roman"/>
          <w:i/>
          <w:spacing w:val="-5"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адресу: __________________</w:t>
      </w:r>
    </w:p>
    <w:p w14:paraId="77586936" w14:textId="3FDAE47C" w:rsidR="008A40F9" w:rsidRDefault="008A40F9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___________________________________________</w:t>
      </w:r>
    </w:p>
    <w:p w14:paraId="627749E5" w14:textId="77777777" w:rsidR="008A40F9" w:rsidRDefault="008A40F9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______________________________________________</w:t>
      </w:r>
    </w:p>
    <w:p w14:paraId="57A66075" w14:textId="21A0DFD1" w:rsidR="008A40F9" w:rsidRDefault="008A40F9" w:rsidP="00F52640">
      <w:pPr>
        <w:pStyle w:val="af"/>
        <w:spacing w:after="0" w:line="240" w:lineRule="auto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ab/>
      </w:r>
      <w:proofErr w:type="spellStart"/>
      <w:r w:rsidRPr="008A40F9">
        <w:rPr>
          <w:rFonts w:cs="Times New Roman"/>
          <w:i/>
          <w:szCs w:val="24"/>
          <w:lang w:val="ru-RU"/>
        </w:rPr>
        <w:t>Тел.</w:t>
      </w:r>
      <w:r w:rsidR="00751892">
        <w:rPr>
          <w:rFonts w:cs="Times New Roman"/>
          <w:i/>
          <w:szCs w:val="24"/>
          <w:lang w:val="ru-RU"/>
        </w:rPr>
        <w:t>номер</w:t>
      </w:r>
      <w:proofErr w:type="spellEnd"/>
      <w:r w:rsidR="00417C33">
        <w:rPr>
          <w:rFonts w:cs="Times New Roman"/>
          <w:i/>
          <w:szCs w:val="24"/>
          <w:lang w:val="ru-RU"/>
        </w:rPr>
        <w:t xml:space="preserve">, подключенный к мессенджеру </w:t>
      </w:r>
      <w:proofErr w:type="gramStart"/>
      <w:r w:rsidR="00417C33" w:rsidRPr="00F52640">
        <w:rPr>
          <w:rFonts w:cs="Times New Roman"/>
          <w:i/>
          <w:iCs/>
          <w:szCs w:val="24"/>
        </w:rPr>
        <w:t>WhatsApp</w:t>
      </w:r>
      <w:r w:rsidR="00417C33" w:rsidRPr="00751892">
        <w:rPr>
          <w:rFonts w:cs="Times New Roman"/>
          <w:i/>
          <w:iCs/>
          <w:szCs w:val="24"/>
          <w:lang w:val="ru-RU"/>
        </w:rPr>
        <w:t xml:space="preserve"> </w:t>
      </w:r>
      <w:r w:rsidRPr="00751892">
        <w:rPr>
          <w:rFonts w:cs="Times New Roman"/>
          <w:i/>
          <w:iCs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_</w:t>
      </w:r>
      <w:proofErr w:type="gramEnd"/>
      <w:r w:rsidRPr="008A40F9">
        <w:rPr>
          <w:rFonts w:cs="Times New Roman"/>
          <w:i/>
          <w:szCs w:val="24"/>
          <w:lang w:val="ru-RU"/>
        </w:rPr>
        <w:t>______________________</w:t>
      </w:r>
    </w:p>
    <w:p w14:paraId="42332D79" w14:textId="19851CAF" w:rsidR="008A40F9" w:rsidRDefault="008A40F9" w:rsidP="00751892">
      <w:pPr>
        <w:pStyle w:val="af"/>
        <w:tabs>
          <w:tab w:val="left" w:pos="6847"/>
        </w:tabs>
        <w:spacing w:after="0" w:line="240" w:lineRule="auto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адрес электронной почты: _______________</w:t>
      </w:r>
    </w:p>
    <w:p w14:paraId="62021FB4" w14:textId="76616FB0" w:rsidR="008F4864" w:rsidRPr="008F4864" w:rsidRDefault="008F4864" w:rsidP="00751892">
      <w:pPr>
        <w:pStyle w:val="af"/>
        <w:tabs>
          <w:tab w:val="left" w:pos="6847"/>
        </w:tabs>
        <w:spacing w:after="0" w:line="240" w:lineRule="auto"/>
        <w:jc w:val="right"/>
        <w:rPr>
          <w:rFonts w:cs="Times New Roman"/>
          <w:i/>
          <w:szCs w:val="24"/>
          <w:lang w:val="ru-RU"/>
        </w:rPr>
      </w:pPr>
      <w:r w:rsidRPr="008F4864">
        <w:rPr>
          <w:i/>
          <w:lang w:val="ru-RU"/>
        </w:rPr>
        <w:t xml:space="preserve">№ </w:t>
      </w:r>
      <w:r w:rsidR="00751892">
        <w:rPr>
          <w:i/>
          <w:lang w:val="ru-RU"/>
        </w:rPr>
        <w:t>залогового билета</w:t>
      </w:r>
      <w:r w:rsidRPr="008F4864">
        <w:rPr>
          <w:i/>
          <w:lang w:val="ru-RU"/>
        </w:rPr>
        <w:t xml:space="preserve"> (при наличии): ____________________</w:t>
      </w:r>
    </w:p>
    <w:p w14:paraId="06873747" w14:textId="77777777" w:rsidR="008A40F9" w:rsidRPr="008A40F9" w:rsidRDefault="008A40F9" w:rsidP="00751892">
      <w:pPr>
        <w:pStyle w:val="af"/>
        <w:spacing w:after="0" w:line="240" w:lineRule="auto"/>
        <w:rPr>
          <w:rFonts w:cs="Times New Roman"/>
          <w:i/>
          <w:szCs w:val="24"/>
          <w:lang w:val="ru-RU"/>
        </w:rPr>
      </w:pPr>
    </w:p>
    <w:p w14:paraId="0C604E14" w14:textId="77777777" w:rsidR="008A40F9" w:rsidRDefault="008A40F9" w:rsidP="0075189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40F9">
        <w:rPr>
          <w:rFonts w:ascii="Times New Roman" w:hAnsi="Times New Roman" w:cs="Times New Roman"/>
          <w:color w:val="auto"/>
          <w:sz w:val="24"/>
          <w:szCs w:val="24"/>
          <w:lang w:val="ru-RU"/>
        </w:rPr>
        <w:t>Заявление</w:t>
      </w:r>
    </w:p>
    <w:p w14:paraId="659FF9FB" w14:textId="77777777" w:rsidR="00EF646C" w:rsidRDefault="00EF646C" w:rsidP="00F52640">
      <w:pPr>
        <w:spacing w:after="0" w:line="240" w:lineRule="auto"/>
        <w:rPr>
          <w:lang w:val="ru-RU"/>
        </w:rPr>
      </w:pPr>
    </w:p>
    <w:p w14:paraId="4545EC2C" w14:textId="77777777" w:rsidR="00EF646C" w:rsidRPr="00EF646C" w:rsidRDefault="00EF646C" w:rsidP="00F52640">
      <w:pPr>
        <w:spacing w:after="0" w:line="240" w:lineRule="auto"/>
        <w:ind w:firstLine="567"/>
        <w:rPr>
          <w:lang w:val="ru-RU"/>
        </w:rPr>
      </w:pPr>
      <w:r>
        <w:rPr>
          <w:lang w:val="ru-RU"/>
        </w:rPr>
        <w:t>Тема обращения ___________________________________________________________________</w:t>
      </w:r>
    </w:p>
    <w:p w14:paraId="26823398" w14:textId="77777777" w:rsidR="008A40F9" w:rsidRPr="008A40F9" w:rsidRDefault="008A40F9" w:rsidP="00751892">
      <w:pPr>
        <w:pStyle w:val="af"/>
        <w:spacing w:after="0" w:line="240" w:lineRule="auto"/>
        <w:rPr>
          <w:rFonts w:cs="Times New Roman"/>
          <w:b/>
          <w:szCs w:val="24"/>
          <w:lang w:val="ru-RU"/>
        </w:rPr>
      </w:pPr>
    </w:p>
    <w:p w14:paraId="6C021F5D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 w:firstLine="567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pacing w:val="-1"/>
          <w:szCs w:val="24"/>
          <w:lang w:val="ru-RU"/>
        </w:rPr>
        <w:t xml:space="preserve">(Изложить суть </w:t>
      </w:r>
      <w:r w:rsidR="008F4864">
        <w:rPr>
          <w:rFonts w:cs="Times New Roman"/>
          <w:spacing w:val="-1"/>
          <w:szCs w:val="24"/>
          <w:lang w:val="ru-RU"/>
        </w:rPr>
        <w:t>обращения</w:t>
      </w:r>
      <w:r w:rsidRPr="008A40F9">
        <w:rPr>
          <w:rFonts w:cs="Times New Roman"/>
          <w:spacing w:val="-1"/>
          <w:szCs w:val="24"/>
          <w:lang w:val="ru-RU"/>
        </w:rPr>
        <w:t>)</w:t>
      </w:r>
      <w:r w:rsidRPr="008A40F9">
        <w:rPr>
          <w:rFonts w:cs="Times New Roman"/>
          <w:szCs w:val="24"/>
          <w:u w:val="single"/>
          <w:lang w:val="ru-RU"/>
        </w:rPr>
        <w:t xml:space="preserve"> _________</w:t>
      </w:r>
      <w:r w:rsidR="008F4864">
        <w:rPr>
          <w:rFonts w:cs="Times New Roman"/>
          <w:szCs w:val="24"/>
          <w:u w:val="single"/>
          <w:lang w:val="ru-RU"/>
        </w:rPr>
        <w:t>________________________________________________</w:t>
      </w:r>
      <w:r w:rsidRPr="008A40F9">
        <w:rPr>
          <w:rFonts w:cs="Times New Roman"/>
          <w:szCs w:val="24"/>
          <w:u w:val="single"/>
          <w:lang w:val="ru-RU"/>
        </w:rPr>
        <w:t>_</w:t>
      </w:r>
      <w:r w:rsidRPr="008A40F9">
        <w:rPr>
          <w:rFonts w:cs="Times New Roman"/>
          <w:szCs w:val="24"/>
          <w:u w:val="single"/>
          <w:lang w:val="ru-RU"/>
        </w:rPr>
        <w:tab/>
      </w:r>
    </w:p>
    <w:p w14:paraId="287A2820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_______________________</w:t>
      </w:r>
    </w:p>
    <w:p w14:paraId="7162187B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_________________</w:t>
      </w:r>
    </w:p>
    <w:p w14:paraId="5B52241D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___________</w:t>
      </w:r>
    </w:p>
    <w:p w14:paraId="79404912" w14:textId="77777777" w:rsid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</w:t>
      </w:r>
    </w:p>
    <w:p w14:paraId="32401DE4" w14:textId="77777777" w:rsidR="008A40F9" w:rsidRDefault="008F4864" w:rsidP="00751892">
      <w:pPr>
        <w:tabs>
          <w:tab w:val="left" w:pos="9263"/>
        </w:tabs>
        <w:spacing w:after="0" w:line="240" w:lineRule="auto"/>
        <w:ind w:left="115"/>
        <w:rPr>
          <w:lang w:val="ru-RU"/>
        </w:rPr>
      </w:pPr>
      <w:r w:rsidRPr="008F4864">
        <w:rPr>
          <w:lang w:val="ru-RU"/>
        </w:rPr>
        <w:t>Настоящим подтверждаю достоверность изложенных сведений и даю согласие на обработку моих персональных данных в объеме, необходимом для рассмотрения настоящего обращения, в соответствии с законодательством Республики Казахстан.</w:t>
      </w:r>
    </w:p>
    <w:p w14:paraId="60C79276" w14:textId="77777777" w:rsidR="008F4864" w:rsidRPr="008F4864" w:rsidRDefault="008F4864" w:rsidP="00751892">
      <w:pPr>
        <w:tabs>
          <w:tab w:val="left" w:pos="9263"/>
        </w:tabs>
        <w:spacing w:after="0" w:line="240" w:lineRule="auto"/>
        <w:ind w:left="115"/>
        <w:rPr>
          <w:rFonts w:cs="Times New Roman"/>
          <w:szCs w:val="24"/>
          <w:lang w:val="ru-RU"/>
        </w:rPr>
      </w:pPr>
    </w:p>
    <w:p w14:paraId="634AA284" w14:textId="77777777" w:rsidR="008A40F9" w:rsidRDefault="008F4864" w:rsidP="00751892">
      <w:pPr>
        <w:tabs>
          <w:tab w:val="left" w:pos="9263"/>
        </w:tabs>
        <w:spacing w:after="0" w:line="240" w:lineRule="auto"/>
        <w:ind w:left="115"/>
        <w:rPr>
          <w:rFonts w:cs="Times New Roman"/>
          <w:i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Приложение (при наличии): </w:t>
      </w:r>
      <w:r w:rsidR="008A40F9" w:rsidRPr="008A40F9">
        <w:rPr>
          <w:rFonts w:cs="Times New Roman"/>
          <w:i/>
          <w:szCs w:val="24"/>
          <w:lang w:val="ru-RU"/>
        </w:rPr>
        <w:t>(указать</w:t>
      </w:r>
      <w:r w:rsidR="008A40F9" w:rsidRPr="008A40F9">
        <w:rPr>
          <w:rFonts w:cs="Times New Roman"/>
          <w:i/>
          <w:spacing w:val="-5"/>
          <w:szCs w:val="24"/>
          <w:lang w:val="ru-RU"/>
        </w:rPr>
        <w:t xml:space="preserve"> </w:t>
      </w:r>
      <w:r w:rsidR="008A40F9" w:rsidRPr="008A40F9">
        <w:rPr>
          <w:rFonts w:cs="Times New Roman"/>
          <w:i/>
          <w:szCs w:val="24"/>
          <w:lang w:val="ru-RU"/>
        </w:rPr>
        <w:t>наименование</w:t>
      </w:r>
      <w:r w:rsidR="008A40F9" w:rsidRPr="008A40F9">
        <w:rPr>
          <w:rFonts w:cs="Times New Roman"/>
          <w:i/>
          <w:spacing w:val="-4"/>
          <w:szCs w:val="24"/>
          <w:lang w:val="ru-RU"/>
        </w:rPr>
        <w:t xml:space="preserve"> </w:t>
      </w:r>
      <w:r w:rsidR="008A40F9" w:rsidRPr="008A40F9">
        <w:rPr>
          <w:rFonts w:cs="Times New Roman"/>
          <w:i/>
          <w:szCs w:val="24"/>
          <w:lang w:val="ru-RU"/>
        </w:rPr>
        <w:t>документа)</w:t>
      </w:r>
    </w:p>
    <w:p w14:paraId="41498023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3BC5A4EB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28549BEC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50EE6A53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6571D7D4" w14:textId="77777777" w:rsidR="008F4864" w:rsidRP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5B71CC83" w14:textId="77777777" w:rsidR="008A40F9" w:rsidRDefault="008A40F9" w:rsidP="00751892">
      <w:pPr>
        <w:spacing w:after="0" w:line="240" w:lineRule="auto"/>
        <w:rPr>
          <w:rFonts w:cs="Times New Roman"/>
          <w:szCs w:val="24"/>
          <w:lang w:val="ru-RU"/>
        </w:rPr>
      </w:pPr>
    </w:p>
    <w:p w14:paraId="37BF9807" w14:textId="77777777" w:rsidR="008A40F9" w:rsidRPr="008A40F9" w:rsidRDefault="008A40F9" w:rsidP="00751892">
      <w:pPr>
        <w:spacing w:after="0" w:line="240" w:lineRule="auto"/>
        <w:rPr>
          <w:rFonts w:cs="Times New Roman"/>
          <w:szCs w:val="24"/>
          <w:lang w:val="ru-RU"/>
        </w:rPr>
      </w:pPr>
      <w:r w:rsidRPr="008A40F9">
        <w:rPr>
          <w:rFonts w:cs="Times New Roman"/>
          <w:szCs w:val="24"/>
          <w:lang w:val="ru-RU"/>
        </w:rPr>
        <w:t>Ответ прошу предоставить посредством (выбрать нужное)</w:t>
      </w:r>
    </w:p>
    <w:p w14:paraId="4C382799" w14:textId="77777777" w:rsidR="008A40F9" w:rsidRDefault="008A40F9" w:rsidP="00751892">
      <w:pPr>
        <w:spacing w:after="0" w:line="240" w:lineRule="auto"/>
        <w:rPr>
          <w:rFonts w:asciiTheme="minorHAnsi" w:hAnsiTheme="minorHAnsi" w:cs="Segoe UI Symbol"/>
          <w:szCs w:val="24"/>
          <w:lang w:val="ru-RU"/>
        </w:rPr>
      </w:pPr>
    </w:p>
    <w:p w14:paraId="2153F75E" w14:textId="069D39E1" w:rsidR="008A40F9" w:rsidRPr="008A40F9" w:rsidRDefault="008A40F9" w:rsidP="00751892">
      <w:pPr>
        <w:spacing w:after="0" w:line="240" w:lineRule="auto"/>
        <w:rPr>
          <w:rFonts w:cs="Times New Roman"/>
          <w:szCs w:val="24"/>
          <w:lang w:val="ru-RU"/>
        </w:rPr>
      </w:pPr>
      <w:r w:rsidRPr="008A40F9">
        <w:rPr>
          <w:rFonts w:ascii="Segoe UI Symbol" w:hAnsi="Segoe UI Symbol" w:cs="Segoe UI Symbol"/>
          <w:szCs w:val="24"/>
          <w:lang w:val="ru-RU"/>
        </w:rPr>
        <w:t>☐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cs="Times New Roman"/>
          <w:szCs w:val="24"/>
        </w:rPr>
        <w:t>e</w:t>
      </w:r>
      <w:r w:rsidRPr="008A40F9">
        <w:rPr>
          <w:rFonts w:cs="Times New Roman"/>
          <w:szCs w:val="24"/>
          <w:lang w:val="ru-RU"/>
        </w:rPr>
        <w:t>-</w:t>
      </w:r>
      <w:r w:rsidRPr="008A40F9">
        <w:rPr>
          <w:rFonts w:cs="Times New Roman"/>
          <w:szCs w:val="24"/>
        </w:rPr>
        <w:t>mail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ascii="Segoe UI Symbol" w:hAnsi="Segoe UI Symbol" w:cs="Segoe UI Symbol"/>
          <w:szCs w:val="24"/>
          <w:lang w:val="ru-RU"/>
        </w:rPr>
        <w:t>☐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cs="Times New Roman"/>
          <w:szCs w:val="24"/>
        </w:rPr>
        <w:t>WhatsApp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ascii="Segoe UI Symbol" w:hAnsi="Segoe UI Symbol" w:cs="Segoe UI Symbol"/>
          <w:szCs w:val="24"/>
          <w:lang w:val="ru-RU"/>
        </w:rPr>
        <w:t>☐</w:t>
      </w:r>
      <w:r w:rsidRPr="008A40F9">
        <w:rPr>
          <w:rFonts w:cs="Times New Roman"/>
          <w:szCs w:val="24"/>
          <w:lang w:val="ru-RU"/>
        </w:rPr>
        <w:t xml:space="preserve"> </w:t>
      </w:r>
      <w:bookmarkStart w:id="0" w:name="_GoBack"/>
      <w:r w:rsidRPr="008A40F9">
        <w:rPr>
          <w:rFonts w:cs="Times New Roman"/>
          <w:szCs w:val="24"/>
          <w:lang w:val="ru-RU"/>
        </w:rPr>
        <w:t xml:space="preserve">Лично в </w:t>
      </w:r>
      <w:r w:rsidR="00751892">
        <w:rPr>
          <w:rFonts w:cs="Times New Roman"/>
          <w:szCs w:val="24"/>
          <w:lang w:val="ru-RU"/>
        </w:rPr>
        <w:t xml:space="preserve">отделении, в котором оформлен микрокредит </w:t>
      </w:r>
      <w:bookmarkEnd w:id="0"/>
    </w:p>
    <w:p w14:paraId="2D45A25F" w14:textId="77777777" w:rsidR="008A40F9" w:rsidRPr="008A40F9" w:rsidRDefault="008A40F9" w:rsidP="00751892">
      <w:pPr>
        <w:pStyle w:val="af"/>
        <w:spacing w:after="0" w:line="240" w:lineRule="auto"/>
        <w:rPr>
          <w:rFonts w:cs="Times New Roman"/>
          <w:szCs w:val="24"/>
          <w:lang w:val="ru-RU"/>
        </w:rPr>
      </w:pPr>
    </w:p>
    <w:p w14:paraId="6372EC74" w14:textId="77777777" w:rsidR="008A40F9" w:rsidRDefault="008A40F9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Fonts w:cs="Times New Roman"/>
          <w:szCs w:val="24"/>
          <w:lang w:val="ru-RU"/>
        </w:rPr>
      </w:pPr>
    </w:p>
    <w:p w14:paraId="4AE60517" w14:textId="77777777" w:rsidR="002713D8" w:rsidRDefault="008A40F9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Fonts w:cs="Times New Roman"/>
          <w:szCs w:val="24"/>
          <w:lang w:val="ru-RU"/>
        </w:rPr>
      </w:pPr>
      <w:r w:rsidRPr="008A40F9">
        <w:rPr>
          <w:rFonts w:cs="Times New Roman"/>
          <w:szCs w:val="24"/>
          <w:lang w:val="ru-RU"/>
        </w:rPr>
        <w:t>«</w:t>
      </w:r>
      <w:r w:rsidRPr="008A40F9">
        <w:rPr>
          <w:rFonts w:cs="Times New Roman"/>
          <w:szCs w:val="24"/>
          <w:u w:val="single"/>
          <w:lang w:val="ru-RU"/>
        </w:rPr>
        <w:tab/>
      </w:r>
      <w:r w:rsidRPr="008A40F9">
        <w:rPr>
          <w:rFonts w:cs="Times New Roman"/>
          <w:szCs w:val="24"/>
          <w:lang w:val="ru-RU"/>
        </w:rPr>
        <w:t>»</w:t>
      </w:r>
      <w:r w:rsidRPr="008A40F9">
        <w:rPr>
          <w:rFonts w:cs="Times New Roman"/>
          <w:szCs w:val="24"/>
          <w:u w:val="single"/>
          <w:lang w:val="ru-RU"/>
        </w:rPr>
        <w:tab/>
      </w:r>
      <w:r w:rsidRPr="008A40F9">
        <w:rPr>
          <w:rFonts w:cs="Times New Roman"/>
          <w:szCs w:val="24"/>
          <w:lang w:val="ru-RU"/>
        </w:rPr>
        <w:t>20</w:t>
      </w:r>
      <w:r w:rsidRPr="008A40F9">
        <w:rPr>
          <w:rFonts w:cs="Times New Roman"/>
          <w:szCs w:val="24"/>
          <w:u w:val="single"/>
          <w:lang w:val="ru-RU"/>
        </w:rPr>
        <w:t xml:space="preserve">    </w:t>
      </w:r>
      <w:r w:rsidRPr="008A40F9">
        <w:rPr>
          <w:rFonts w:cs="Times New Roman"/>
          <w:szCs w:val="24"/>
          <w:lang w:val="ru-RU"/>
        </w:rPr>
        <w:t>г.                                                               подпись, ФИО полностью</w:t>
      </w:r>
    </w:p>
    <w:p w14:paraId="755E3338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39DFF2D1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5F72FEFC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59ACF930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5BE09900" w14:textId="58C22AED" w:rsidR="008F4864" w:rsidRPr="008F4864" w:rsidRDefault="008F4864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Fonts w:cs="Times New Roman"/>
          <w:sz w:val="20"/>
          <w:szCs w:val="20"/>
          <w:lang w:val="ru-RU"/>
        </w:rPr>
      </w:pPr>
      <w:proofErr w:type="spellStart"/>
      <w:r w:rsidRPr="008F4864">
        <w:rPr>
          <w:rStyle w:val="af6"/>
          <w:sz w:val="20"/>
          <w:szCs w:val="20"/>
          <w:lang w:val="ru-RU"/>
        </w:rPr>
        <w:t>Справочно</w:t>
      </w:r>
      <w:proofErr w:type="spellEnd"/>
      <w:r w:rsidRPr="008F4864">
        <w:rPr>
          <w:rStyle w:val="af6"/>
          <w:sz w:val="20"/>
          <w:szCs w:val="20"/>
          <w:lang w:val="ru-RU"/>
        </w:rPr>
        <w:t>:</w:t>
      </w:r>
      <w:r w:rsidRPr="008F4864">
        <w:rPr>
          <w:sz w:val="20"/>
          <w:szCs w:val="20"/>
          <w:lang w:val="ru-RU"/>
        </w:rPr>
        <w:t xml:space="preserve"> При необходимости ТОО «Сейф-Ломбард» вправе запросить дополнительные сведения и документы, необходимые для всестороннего и объективного рассмотрения обращения.</w:t>
      </w:r>
    </w:p>
    <w:sectPr w:rsidR="008F4864" w:rsidRPr="008F4864" w:rsidSect="00F52640">
      <w:pgSz w:w="12240" w:h="15840"/>
      <w:pgMar w:top="851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3B0190"/>
    <w:multiLevelType w:val="hybridMultilevel"/>
    <w:tmpl w:val="35600C10"/>
    <w:lvl w:ilvl="0" w:tplc="8E4A323A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0340"/>
    <w:rsid w:val="0010310E"/>
    <w:rsid w:val="0015074B"/>
    <w:rsid w:val="002713D8"/>
    <w:rsid w:val="0029639D"/>
    <w:rsid w:val="00326F90"/>
    <w:rsid w:val="00417C33"/>
    <w:rsid w:val="00751892"/>
    <w:rsid w:val="008A40F9"/>
    <w:rsid w:val="008F4864"/>
    <w:rsid w:val="00AA1D8D"/>
    <w:rsid w:val="00B47730"/>
    <w:rsid w:val="00CB0664"/>
    <w:rsid w:val="00EF646C"/>
    <w:rsid w:val="00F526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B2F89"/>
  <w14:defaultImageDpi w14:val="300"/>
  <w15:docId w15:val="{A8A4C12D-379E-4619-ABB1-01325701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ntstyle01">
    <w:name w:val="fontstyle01"/>
    <w:basedOn w:val="a2"/>
    <w:rsid w:val="008A40F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2"/>
    <w:rsid w:val="008A40F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8">
    <w:name w:val="annotation reference"/>
    <w:basedOn w:val="a2"/>
    <w:uiPriority w:val="99"/>
    <w:semiHidden/>
    <w:unhideWhenUsed/>
    <w:rsid w:val="00751892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751892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751892"/>
    <w:rPr>
      <w:rFonts w:ascii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751892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751892"/>
    <w:rPr>
      <w:rFonts w:ascii="Times New Roman" w:hAnsi="Times New Roman"/>
      <w:b/>
      <w:bCs/>
      <w:sz w:val="20"/>
      <w:szCs w:val="20"/>
    </w:rPr>
  </w:style>
  <w:style w:type="paragraph" w:styleId="affd">
    <w:name w:val="Revision"/>
    <w:hidden/>
    <w:uiPriority w:val="99"/>
    <w:semiHidden/>
    <w:rsid w:val="00751892"/>
    <w:pPr>
      <w:spacing w:after="0" w:line="240" w:lineRule="auto"/>
    </w:pPr>
    <w:rPr>
      <w:rFonts w:ascii="Times New Roman" w:hAnsi="Times New Roman"/>
      <w:sz w:val="24"/>
    </w:rPr>
  </w:style>
  <w:style w:type="paragraph" w:styleId="affe">
    <w:name w:val="Balloon Text"/>
    <w:basedOn w:val="a1"/>
    <w:link w:val="afff"/>
    <w:uiPriority w:val="99"/>
    <w:semiHidden/>
    <w:unhideWhenUsed/>
    <w:rsid w:val="00751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">
    <w:name w:val="Текст выноски Знак"/>
    <w:basedOn w:val="a2"/>
    <w:link w:val="affe"/>
    <w:uiPriority w:val="99"/>
    <w:semiHidden/>
    <w:rsid w:val="00751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08F787-7999-41BC-819C-B80E75F0B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Вертей Олеся Валерьевна</cp:lastModifiedBy>
  <cp:revision>6</cp:revision>
  <dcterms:created xsi:type="dcterms:W3CDTF">2026-07-14T12:37:00Z</dcterms:created>
  <dcterms:modified xsi:type="dcterms:W3CDTF">2026-07-16T12:40:00Z</dcterms:modified>
  <cp:category/>
</cp:coreProperties>
</file>